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Arial" w:hAnsi="Arial"/>
          <w:b/>
          <w:i w:val="0"/>
          <w:color w:val="7447C8"/>
          <w:sz w:val="50"/>
        </w:rPr>
        <w:t>PROGRAMA ANALÍTICO · FASE 6</w:t>
      </w:r>
    </w:p>
    <w:p>
      <w:pPr>
        <w:spacing w:after="160" w:line="269" w:lineRule="auto"/>
        <w:jc w:val="center"/>
      </w:pPr>
      <w:r>
        <w:rPr>
          <w:rFonts w:ascii="Arial" w:hAnsi="Arial"/>
          <w:b/>
          <w:i w:val="0"/>
          <w:color w:val="16B6C8"/>
          <w:sz w:val="32"/>
        </w:rPr>
        <w:t>Primer grado de secundaria · Ciclo escolar 2026-2027</w:t>
      </w:r>
    </w:p>
    <w:p>
      <w:pPr>
        <w:spacing w:after="240" w:line="269" w:lineRule="auto"/>
        <w:jc w:val="center"/>
      </w:pPr>
      <w:r>
        <w:rPr>
          <w:rFonts w:ascii="Arial" w:hAnsi="Arial"/>
          <w:b/>
          <w:i w:val="0"/>
          <w:color w:val="79A61F"/>
          <w:sz w:val="22"/>
        </w:rPr>
        <w:t>Ciclo Escolar 2026-2027 · Material de apoyo docente</w:t>
      </w:r>
    </w:p>
    <w:p>
      <w:pPr>
        <w:jc w:val="center"/>
      </w:pPr>
      <w:r>
        <w:drawing>
          <wp:inline xmlns:a="http://schemas.openxmlformats.org/drawingml/2006/main" xmlns:pic="http://schemas.openxmlformats.org/drawingml/2006/picture">
            <wp:extent cx="3246120" cy="3407896"/>
            <wp:docPr id="5" name="Picture 5"/>
            <wp:cNvGraphicFramePr>
              <a:graphicFrameLocks noChangeAspect="1"/>
            </wp:cNvGraphicFramePr>
            <a:graphic>
              <a:graphicData uri="http://schemas.openxmlformats.org/drawingml/2006/picture">
                <pic:pic>
                  <pic:nvPicPr>
                    <pic:cNvPr id="0" name="exec-e3355c18-bc06-4e0b-8b81-059c12e98f9c.png"/>
                    <pic:cNvPicPr/>
                  </pic:nvPicPr>
                  <pic:blipFill>
                    <a:blip r:embed="rId22"/>
                    <a:stretch>
                      <a:fillRect/>
                    </a:stretch>
                  </pic:blipFill>
                  <pic:spPr>
                    <a:xfrm>
                      <a:off x="0" y="0"/>
                      <a:ext cx="3246120" cy="3407896"/>
                    </a:xfrm>
                    <a:prstGeom prst="rect"/>
                  </pic:spPr>
                </pic:pic>
              </a:graphicData>
            </a:graphic>
          </wp:inline>
        </w:drawing>
      </w:r>
    </w:p>
    <w:p>
      <w:pPr>
        <w:spacing w:after="100" w:line="269" w:lineRule="auto"/>
        <w:jc w:val="center"/>
      </w:pPr>
      <w:r>
        <w:rPr>
          <w:rFonts w:ascii="Arial" w:hAnsi="Arial"/>
          <w:b w:val="0"/>
          <w:i/>
          <w:color w:val="68757D"/>
          <w:sz w:val="21"/>
        </w:rPr>
        <w:t>Material flexible y adaptable al contexto de cada escuela.</w:t>
      </w:r>
    </w:p>
    <w:p>
      <w:pPr>
        <w:spacing w:after="100" w:line="269" w:lineRule="auto"/>
        <w:jc w:val="center"/>
      </w:pPr>
      <w:r>
        <w:rPr>
          <w:rFonts w:ascii="Arial" w:hAnsi="Arial"/>
          <w:b w:val="0"/>
          <w:i/>
          <w:color w:val="68757D"/>
          <w:sz w:val="17"/>
        </w:rPr>
        <w:t>Material editable: se recomienda revisarlo y adaptarlo al contexto de cada escuela.</w:t>
      </w:r>
    </w:p>
    <w:p>
      <w:r>
        <w:br w:type="page"/>
      </w:r>
    </w:p>
    <w:p>
      <w:pPr>
        <w:pStyle w:val="Heading1"/>
        <w:keepNext/>
      </w:pPr>
      <w:r>
        <w:rPr>
          <w:rFonts w:ascii="Arial" w:hAnsi="Arial"/>
          <w:b/>
          <w:i w:val="0"/>
          <w:color w:val="16B6C8"/>
          <w:sz w:val="30"/>
        </w:rPr>
        <w:t>Datos de identificación</w:t>
      </w:r>
    </w:p>
    <w:tbl>
      <w:tblPr>
        <w:tblStyle w:val="TableGrid"/>
        <w:tblW w:type="dxa" w:w="9360"/>
        <w:jc w:val="center"/>
        <w:tblLayout w:type="fixed"/>
        <w:tblLook w:firstColumn="1" w:firstRow="1" w:lastColumn="0" w:lastRow="0" w:noHBand="0" w:noVBand="1" w:val="04A0"/>
      </w:tblPr>
      <w:tblGrid>
        <w:gridCol w:w="2700"/>
        <w:gridCol w:w="6660"/>
      </w:tblGrid>
      <w:tr>
        <w:tc>
          <w:tcPr>
            <w:tcW w:type="dxa" w:w="2700"/>
            <w:shd w:fill="7447C8"/>
            <w:tcMar>
              <w:top w:w="95" w:type="dxa"/>
              <w:start w:w="125" w:type="dxa"/>
              <w:bottom w:w="95" w:type="dxa"/>
              <w:end w:w="125" w:type="dxa"/>
            </w:tcMar>
            <w:vAlign w:val="center"/>
          </w:tcPr>
          <w:p>
            <w:pPr>
              <w:keepNext/>
              <w:jc w:val="center"/>
            </w:pPr>
            <w:r>
              <w:rPr>
                <w:rFonts w:ascii="Arial" w:hAnsi="Arial"/>
                <w:b/>
                <w:i w:val="0"/>
                <w:color w:val="FFFFFF"/>
                <w:sz w:val="18"/>
              </w:rPr>
              <w:t>Dato</w:t>
            </w:r>
          </w:p>
        </w:tc>
        <w:tc>
          <w:tcPr>
            <w:tcW w:type="dxa" w:w="66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Escuela</w:t>
            </w:r>
          </w:p>
        </w:tc>
        <w:tc>
          <w:tcPr>
            <w:tcW w:type="dxa" w:w="6660"/>
            <w:tcMar>
              <w:top w:w="95" w:type="dxa"/>
              <w:start w:w="125" w:type="dxa"/>
              <w:bottom w:w="95" w:type="dxa"/>
              <w:end w:w="125" w:type="dxa"/>
            </w:tcMar>
            <w:vAlign w:val="center"/>
          </w:tcPr>
          <w:p>
            <w:pPr>
              <w:spacing w:after="0"/>
            </w:pPr>
            <w:r/>
            <w:r>
              <w:rPr>
                <w:rFonts w:ascii="Arial" w:hAnsi="Arial"/>
                <w:b w:val="0"/>
                <w:i w:val="0"/>
                <w:color w:val="263238"/>
                <w:sz w:val="18"/>
              </w:rPr>
              <w:t>Escuela Secundaria General “Sor Juana Inés de la Cruz”</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Nivel educativo</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Secundaria</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Fase y grado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Fase 6 · Primer grado</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Ciclo escolar</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2026-2027</w:t>
            </w:r>
          </w:p>
        </w:tc>
      </w:tr>
      <w:tr>
        <w:tc>
          <w:tcPr>
            <w:tcW w:type="dxa" w:w="2700"/>
            <w:tcMar>
              <w:top w:w="95" w:type="dxa"/>
              <w:start w:w="125" w:type="dxa"/>
              <w:bottom w:w="95" w:type="dxa"/>
              <w:end w:w="125" w:type="dxa"/>
            </w:tcMar>
            <w:vAlign w:val="center"/>
          </w:tcPr>
          <w:p>
            <w:pPr>
              <w:spacing w:after="0" w:line="259" w:lineRule="auto"/>
            </w:pPr>
            <w:r>
              <w:rPr>
                <w:rFonts w:ascii="Arial" w:hAnsi="Arial"/>
                <w:b/>
                <w:i w:val="0"/>
                <w:color w:val="263238"/>
                <w:sz w:val="18"/>
              </w:rPr>
              <w:t>Matrícula y grupo</w:t>
            </w:r>
          </w:p>
        </w:tc>
        <w:tc>
          <w:tcPr>
            <w:tcW w:type="dxa" w:w="6660"/>
            <w:tcMar>
              <w:top w:w="95" w:type="dxa"/>
              <w:start w:w="125" w:type="dxa"/>
              <w:bottom w:w="95" w:type="dxa"/>
              <w:end w:w="125" w:type="dxa"/>
            </w:tcMar>
            <w:vAlign w:val="center"/>
          </w:tcPr>
          <w:p>
            <w:pPr>
              <w:spacing w:after="0" w:line="259" w:lineRule="auto"/>
            </w:pPr>
            <w:r>
              <w:rPr>
                <w:rFonts w:ascii="Arial" w:hAnsi="Arial"/>
                <w:b w:val="0"/>
                <w:i w:val="0"/>
                <w:color w:val="263238"/>
                <w:sz w:val="18"/>
              </w:rPr>
              <w:t>Grupo de 33 estudiantes.</w:t>
            </w:r>
          </w:p>
        </w:tc>
      </w:tr>
      <w:tr>
        <w:tc>
          <w:tcPr>
            <w:tcW w:type="dxa" w:w="27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Contexto general</w:t>
            </w:r>
          </w:p>
        </w:tc>
        <w:tc>
          <w:tcPr>
            <w:tcW w:type="dxa" w:w="66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Contexto urbano periférico con diversidad cultural y lingüística, acceso digital desigual, expresiones juveniles diversas y espacios comunitarios que requieren cuidado.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447C8"/>
            <w:tcMar>
              <w:top w:w="180" w:type="dxa"/>
              <w:start w:w="220" w:type="dxa"/>
              <w:bottom w:w="180" w:type="dxa"/>
              <w:end w:w="220" w:type="dxa"/>
            </w:tcMar>
          </w:tcPr>
          <w:p>
            <w:pPr>
              <w:jc w:val="center"/>
            </w:pPr>
            <w:r>
              <w:rPr>
                <w:rFonts w:ascii="Arial" w:hAnsi="Arial"/>
                <w:b/>
                <w:i w:val="0"/>
                <w:color w:val="FFFFFF"/>
                <w:sz w:val="32"/>
              </w:rPr>
              <w:t>PRIMER PLANO · Lectura de la realidad</w:t>
              <w:br/>
            </w:r>
            <w:r>
              <w:rPr>
                <w:rFonts w:ascii="Arial" w:hAnsi="Arial"/>
                <w:b/>
                <w:i w:val="0"/>
                <w:color w:val="FFFFFF"/>
                <w:sz w:val="21"/>
              </w:rPr>
              <w:t>Reconocemos las condiciones, fortalezas y referentes que orientan este Programa Analítico.</w:t>
              <w:br/>
            </w:r>
            <w:r>
              <w:rPr>
                <w:rFonts w:ascii="Arial" w:hAnsi="Arial"/>
                <w:b w:val="0"/>
                <w:i/>
                <w:color w:val="FFFFFF"/>
                <w:sz w:val="18"/>
              </w:rPr>
              <w:t>Orientaciones: páginas 16-19</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lectura de la realidad reúne las características, situaciones, fortalezas y fuentes consideradas para la formulación del Programa Analítico.</w:t>
            </w:r>
          </w:p>
        </w:tc>
      </w:tr>
    </w:tbl>
    <w:p>
      <w:pPr>
        <w:spacing w:after="20"/>
      </w:pPr>
    </w:p>
    <w:tbl>
      <w:tblPr>
        <w:tblStyle w:val="TableGrid"/>
        <w:tblW w:type="dxa" w:w="9360"/>
        <w:jc w:val="center"/>
        <w:tblLayout w:type="fixed"/>
        <w:tblLook w:firstColumn="1" w:firstRow="1" w:lastColumn="0" w:lastRow="0" w:noHBand="0" w:noVBand="1" w:val="04A0"/>
      </w:tblPr>
      <w:tblGrid>
        <w:gridCol w:w="2800"/>
        <w:gridCol w:w="4500"/>
        <w:gridCol w:w="2060"/>
      </w:tblGrid>
      <w:tr>
        <w:tc>
          <w:tcPr>
            <w:tcW w:type="dxa" w:w="280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4500"/>
            <w:shd w:fill="7447C8"/>
            <w:tcMar>
              <w:top w:w="95" w:type="dxa"/>
              <w:start w:w="125" w:type="dxa"/>
              <w:bottom w:w="95" w:type="dxa"/>
              <w:end w:w="125" w:type="dxa"/>
            </w:tcMar>
            <w:vAlign w:val="center"/>
          </w:tcPr>
          <w:p>
            <w:pPr>
              <w:keepNext/>
              <w:jc w:val="center"/>
            </w:pPr>
            <w:r>
              <w:rPr>
                <w:rFonts w:ascii="Arial" w:hAnsi="Arial"/>
                <w:b/>
                <w:i w:val="0"/>
                <w:color w:val="FFFFFF"/>
                <w:sz w:val="18"/>
              </w:rPr>
              <w:t>Síntesis acordada</w:t>
            </w:r>
          </w:p>
        </w:tc>
        <w:tc>
          <w:tcPr>
            <w:tcW w:type="dxa" w:w="2060"/>
            <w:shd w:fill="7447C8"/>
            <w:tcMar>
              <w:top w:w="95" w:type="dxa"/>
              <w:start w:w="125" w:type="dxa"/>
              <w:bottom w:w="95" w:type="dxa"/>
              <w:end w:w="125" w:type="dxa"/>
            </w:tcMar>
            <w:vAlign w:val="center"/>
          </w:tcPr>
          <w:p>
            <w:pPr>
              <w:keepNext/>
              <w:jc w:val="center"/>
            </w:pPr>
            <w:r>
              <w:rPr>
                <w:rFonts w:ascii="Arial" w:hAnsi="Arial"/>
                <w:b/>
                <w:i w:val="0"/>
                <w:color w:val="FFFFFF"/>
                <w:sz w:val="18"/>
              </w:rPr>
              <w:t>Referentes utilizados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Características del grupo</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Interés por tecnología, ambiente, deportes, historias y asuntos comunitarios; distintos niveles de comprensión, argumentación y resolución de problemas.</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Diagnóstico, producciones y diálogo.</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Aula y escuela</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Participación desigual, necesidad de fortalecer trabajo colaborativo, lectura crítica y comunicación respetuosa.</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Observación y registros.</w:t>
            </w:r>
          </w:p>
        </w:tc>
      </w:tr>
      <w:tr>
        <w:tc>
          <w:tcPr>
            <w:tcW w:type="dxa" w:w="2800"/>
            <w:tcMar>
              <w:top w:w="95" w:type="dxa"/>
              <w:start w:w="125" w:type="dxa"/>
              <w:bottom w:w="95" w:type="dxa"/>
              <w:end w:w="125" w:type="dxa"/>
            </w:tcMar>
            <w:vAlign w:val="center"/>
          </w:tcPr>
          <w:p>
            <w:pPr>
              <w:spacing w:after="0" w:line="259" w:lineRule="auto"/>
            </w:pPr>
            <w:r>
              <w:rPr>
                <w:rFonts w:ascii="Arial" w:hAnsi="Arial"/>
                <w:b/>
                <w:i w:val="0"/>
                <w:color w:val="263238"/>
                <w:sz w:val="18"/>
              </w:rPr>
              <w:t>Familias y comunidad</w:t>
            </w:r>
          </w:p>
        </w:tc>
        <w:tc>
          <w:tcPr>
            <w:tcW w:type="dxa" w:w="4500"/>
            <w:tcMar>
              <w:top w:w="95" w:type="dxa"/>
              <w:start w:w="125" w:type="dxa"/>
              <w:bottom w:w="95" w:type="dxa"/>
              <w:end w:w="125" w:type="dxa"/>
            </w:tcMar>
            <w:vAlign w:val="center"/>
          </w:tcPr>
          <w:p>
            <w:pPr>
              <w:spacing w:after="0" w:line="259" w:lineRule="auto"/>
            </w:pPr>
            <w:r>
              <w:rPr>
                <w:rFonts w:ascii="Arial" w:hAnsi="Arial"/>
                <w:b w:val="0"/>
                <w:i w:val="0"/>
                <w:color w:val="263238"/>
                <w:sz w:val="18"/>
              </w:rPr>
              <w:t>Diversidad de oficios, prácticas culturales, problemáticas ambientales y formas de organización.</w:t>
            </w:r>
          </w:p>
        </w:tc>
        <w:tc>
          <w:tcPr>
            <w:tcW w:type="dxa" w:w="20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Entrevistas, datos y testimonios.</w:t>
            </w:r>
          </w:p>
        </w:tc>
      </w:tr>
      <w:tr>
        <w:tc>
          <w:tcPr>
            <w:tcW w:type="dxa" w:w="28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y fortalezas</w:t>
            </w:r>
          </w:p>
        </w:tc>
        <w:tc>
          <w:tcPr>
            <w:tcW w:type="dxa" w:w="45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espacios escolares, recursos digitales compartidos y personas de la comunidad con saberes diversos.</w:t>
            </w:r>
          </w:p>
        </w:tc>
        <w:tc>
          <w:tcPr>
            <w:tcW w:type="dxa" w:w="20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Inventario y mapeo de recursos.</w:t>
            </w:r>
          </w:p>
        </w:tc>
      </w:tr>
    </w:tbl>
    <w:p>
      <w:pPr>
        <w:spacing w:after="20"/>
      </w:pPr>
    </w:p>
    <w:p>
      <w:pPr>
        <w:pStyle w:val="Heading2"/>
        <w:keepNext/>
      </w:pPr>
      <w:r>
        <w:rPr>
          <w:rFonts w:ascii="Arial" w:hAnsi="Arial"/>
          <w:b/>
          <w:i w:val="0"/>
          <w:color w:val="7447C8"/>
          <w:sz w:val="25"/>
        </w:rPr>
        <w:t>Situaciones y características consideradas</w:t>
      </w:r>
    </w:p>
    <w:tbl>
      <w:tblPr>
        <w:tblStyle w:val="TableGrid"/>
        <w:tblW w:type="dxa" w:w="9360"/>
        <w:jc w:val="center"/>
        <w:tblLayout w:type="fixed"/>
        <w:tblLook w:firstColumn="1" w:firstRow="1" w:lastColumn="0" w:lastRow="0" w:noHBand="0" w:noVBand="1" w:val="04A0"/>
      </w:tblPr>
      <w:tblGrid>
        <w:gridCol w:w="3000"/>
        <w:gridCol w:w="3600"/>
        <w:gridCol w:w="27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Referente</w:t>
            </w:r>
          </w:p>
        </w:tc>
        <w:tc>
          <w:tcPr>
            <w:tcW w:type="dxa" w:w="3600"/>
            <w:shd w:fill="7447C8"/>
            <w:tcMar>
              <w:top w:w="95" w:type="dxa"/>
              <w:start w:w="125" w:type="dxa"/>
              <w:bottom w:w="95" w:type="dxa"/>
              <w:end w:w="125" w:type="dxa"/>
            </w:tcMar>
            <w:vAlign w:val="center"/>
          </w:tcPr>
          <w:p>
            <w:pPr>
              <w:keepNext/>
              <w:jc w:val="center"/>
            </w:pPr>
            <w:r>
              <w:rPr>
                <w:rFonts w:ascii="Arial" w:hAnsi="Arial"/>
                <w:b/>
                <w:i w:val="0"/>
                <w:color w:val="FFFFFF"/>
                <w:sz w:val="18"/>
              </w:rPr>
              <w:t>Relevancia para la enseñanza</w:t>
            </w:r>
          </w:p>
        </w:tc>
        <w:tc>
          <w:tcPr>
            <w:tcW w:type="dxa" w:w="2760"/>
            <w:shd w:fill="7447C8"/>
            <w:tcMar>
              <w:top w:w="95" w:type="dxa"/>
              <w:start w:w="125" w:type="dxa"/>
              <w:bottom w:w="95" w:type="dxa"/>
              <w:end w:w="125" w:type="dxa"/>
            </w:tcMar>
            <w:vAlign w:val="center"/>
          </w:tcPr>
          <w:p>
            <w:pPr>
              <w:keepNext/>
              <w:jc w:val="center"/>
            </w:pPr>
            <w:r>
              <w:rPr>
                <w:rFonts w:ascii="Arial" w:hAnsi="Arial"/>
                <w:b/>
                <w:i w:val="0"/>
                <w:color w:val="FFFFFF"/>
                <w:sz w:val="18"/>
              </w:rPr>
              <w:t>Fortalezas y recursos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Participación y convivencia</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Permite argumentar, acordar y asumir responsabilidades.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Organización escolar y voces del alumnado.</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Información y comunicación</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Favorece lectura crítica y producción para destinatarios reales.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Biblioteca y medios disponibles.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Ambiente y vida saludable</w:t>
            </w:r>
          </w:p>
        </w:tc>
        <w:tc>
          <w:tcPr>
            <w:tcW w:type="dxa" w:w="360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ciencia, datos y decisiones.</w:t>
            </w:r>
          </w:p>
        </w:tc>
        <w:tc>
          <w:tcPr>
            <w:tcW w:type="dxa" w:w="2760"/>
            <w:tcMar>
              <w:top w:w="95" w:type="dxa"/>
              <w:start w:w="125" w:type="dxa"/>
              <w:bottom w:w="95" w:type="dxa"/>
              <w:end w:w="125" w:type="dxa"/>
            </w:tcMar>
            <w:vAlign w:val="center"/>
          </w:tcPr>
          <w:p>
            <w:pPr>
              <w:spacing w:after="0" w:line="259" w:lineRule="auto"/>
            </w:pPr>
            <w:r>
              <w:rPr>
                <w:rFonts w:ascii="Arial" w:hAnsi="Arial"/>
                <w:b w:val="0"/>
                <w:i w:val="0"/>
                <w:color w:val="263238"/>
                <w:sz w:val="18"/>
              </w:rPr>
              <w:t>Entorno y prácticas familiares.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Memoria, diversidad e identidad</w:t>
            </w:r>
          </w:p>
        </w:tc>
        <w:tc>
          <w:tcPr>
            <w:tcW w:type="dxa" w:w="36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distintas voces y experiencias comunitarias.</w:t>
            </w:r>
          </w:p>
        </w:tc>
        <w:tc>
          <w:tcPr>
            <w:tcW w:type="dxa" w:w="2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Testimonios y expresiones culturales.</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16B6C8"/>
            <w:tcMar>
              <w:top w:w="180" w:type="dxa"/>
              <w:start w:w="220" w:type="dxa"/>
              <w:bottom w:w="180" w:type="dxa"/>
              <w:end w:w="220" w:type="dxa"/>
            </w:tcMar>
          </w:tcPr>
          <w:p>
            <w:pPr>
              <w:jc w:val="center"/>
            </w:pPr>
            <w:r>
              <w:rPr>
                <w:rFonts w:ascii="Arial" w:hAnsi="Arial"/>
                <w:b/>
                <w:i w:val="0"/>
                <w:color w:val="FFFFFF"/>
                <w:sz w:val="32"/>
              </w:rPr>
              <w:t>SEGUNDO PLANO · Contextualización</w:t>
              <w:br/>
            </w:r>
            <w:r>
              <w:rPr>
                <w:rFonts w:ascii="Arial" w:hAnsi="Arial"/>
                <w:b/>
                <w:i w:val="0"/>
                <w:color w:val="FFFFFF"/>
                <w:sz w:val="21"/>
              </w:rPr>
              <w:t>Vinculamos la realidad con los Contenidos y PDA del Programa Sintético.</w:t>
              <w:br/>
            </w:r>
            <w:r>
              <w:rPr>
                <w:rFonts w:ascii="Arial" w:hAnsi="Arial"/>
                <w:b w:val="0"/>
                <w:i/>
                <w:color w:val="FFFFFF"/>
                <w:sz w:val="18"/>
              </w:rPr>
              <w:t>Orientaciones: páginas 21-23</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Las siguientes relaciones muestran cómo las situaciones del contexto se vinculan con los Contenidos, los PDA y los Ejes articuladores.</w:t>
            </w:r>
          </w:p>
        </w:tc>
      </w:tr>
    </w:tbl>
    <w:p>
      <w:pPr>
        <w:spacing w:after="20"/>
      </w:pPr>
    </w:p>
    <w:p>
      <w:pPr>
        <w:pStyle w:val="Heading2"/>
        <w:keepNext/>
      </w:pPr>
      <w:r>
        <w:rPr>
          <w:rFonts w:ascii="Arial" w:hAnsi="Arial"/>
          <w:b/>
          <w:i w:val="0"/>
          <w:color w:val="7447C8"/>
          <w:sz w:val="25"/>
        </w:rPr>
        <w:t>Vinculaciones curriculares</w:t>
      </w: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Lenguajes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La diversidad de lenguas y su uso en la comunicación familiar, escolar y comunitaria.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riqueza lingüística de México y el mundo, a partir de obras literarias procedentes de distintas culturas.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Saberes y Pensamiento Científico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Expresión de fracciones como decimales y de decimales como fracciones.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Usa diversas estrategias al convertir números fraccionarios a decimales y viceversa.</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Ética, Naturaleza y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El espacio geográfico como una construcción social y colectiva.</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que el espacio geográfico se conforma de interrelaciones sociedad-naturaleza. Reconoce que el patrimonio biocultural es resultado de la relación entre las formas de organización económico-social, la cultura y la biodiversidad a través del tiempo. Distingue la distribución de las principales regiones bioculturales principales en México y el mundo.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p>
      <w:pPr>
        <w:pStyle w:val="Heading3"/>
        <w:keepNext/>
      </w:pPr>
      <w:r>
        <w:rPr>
          <w:rFonts w:ascii="Arial" w:hAnsi="Arial"/>
          <w:b/>
          <w:i w:val="0"/>
          <w:color w:val="7447C8"/>
          <w:sz w:val="25"/>
        </w:rPr>
        <w:t>Situación relevante del grupo</w:t>
      </w:r>
    </w:p>
    <w:tbl>
      <w:tblPr>
        <w:tblStyle w:val="TableGrid"/>
        <w:tblW w:type="dxa" w:w="9360"/>
        <w:jc w:val="center"/>
        <w:tblLayout w:type="fixed"/>
        <w:tblLook w:firstColumn="1" w:firstRow="1" w:lastColumn="0" w:lastRow="0" w:noHBand="0" w:noVBand="1" w:val="04A0"/>
      </w:tblPr>
      <w:tblGrid>
        <w:gridCol w:w="3000"/>
        <w:gridCol w:w="6360"/>
      </w:tblGrid>
      <w:tr>
        <w:tc>
          <w:tcPr>
            <w:tcW w:type="dxa" w:w="3000"/>
            <w:shd w:fill="7447C8"/>
            <w:tcMar>
              <w:top w:w="95" w:type="dxa"/>
              <w:start w:w="125" w:type="dxa"/>
              <w:bottom w:w="95" w:type="dxa"/>
              <w:end w:w="125" w:type="dxa"/>
            </w:tcMar>
            <w:vAlign w:val="center"/>
          </w:tcPr>
          <w:p>
            <w:pPr>
              <w:keepNext/>
              <w:jc w:val="center"/>
            </w:pPr>
            <w:r>
              <w:rPr>
                <w:rFonts w:ascii="Arial" w:hAnsi="Arial"/>
                <w:b/>
                <w:i w:val="0"/>
                <w:color w:val="FFFFFF"/>
                <w:sz w:val="18"/>
              </w:rPr>
              <w:t>Elemento</w:t>
            </w:r>
          </w:p>
        </w:tc>
        <w:tc>
          <w:tcPr>
            <w:tcW w:type="dxa" w:w="6360"/>
            <w:shd w:fill="7447C8"/>
            <w:tcMar>
              <w:top w:w="95" w:type="dxa"/>
              <w:start w:w="125" w:type="dxa"/>
              <w:bottom w:w="95" w:type="dxa"/>
              <w:end w:w="125" w:type="dxa"/>
            </w:tcMar>
            <w:vAlign w:val="center"/>
          </w:tcPr>
          <w:p>
            <w:pPr>
              <w:keepNext/>
              <w:jc w:val="center"/>
            </w:pPr>
            <w:r>
              <w:rPr>
                <w:rFonts w:ascii="Arial" w:hAnsi="Arial"/>
                <w:b/>
                <w:i w:val="0"/>
                <w:color w:val="FFFFFF"/>
                <w:sz w:val="18"/>
              </w:rPr>
              <w:t>Información del Programa Analítico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Relevancia</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Permite relacionar el aprendizaje con experiencias y decisiones de las y los adolescentes.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Campo formativo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 lo Humano y lo Comunitario</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Contenido del Programa Sintético</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Herramientas, máquinas e instrumentos, como extensión corporal, en la satisfacción continua de intereses y necesidades humanas.</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PDA de primer grado</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las posibilidades corporales y la delegación de funciones en herramientas, máquinas, instrumentos y formas de organización para identificar sus funciones y procesos de cambio técnico, en la satisfacción de intereses y necesidades de diversas sociedades.</w:t>
            </w:r>
          </w:p>
        </w:tc>
      </w:tr>
      <w:tr>
        <w:tc>
          <w:tcPr>
            <w:tcW w:type="dxa" w:w="3000"/>
            <w:tcMar>
              <w:top w:w="95" w:type="dxa"/>
              <w:start w:w="125" w:type="dxa"/>
              <w:bottom w:w="95" w:type="dxa"/>
              <w:end w:w="125" w:type="dxa"/>
            </w:tcMar>
            <w:vAlign w:val="center"/>
          </w:tcPr>
          <w:p>
            <w:pPr>
              <w:spacing w:after="0" w:line="259" w:lineRule="auto"/>
            </w:pPr>
            <w:r>
              <w:rPr>
                <w:rFonts w:ascii="Arial" w:hAnsi="Arial"/>
                <w:b/>
                <w:i w:val="0"/>
                <w:color w:val="263238"/>
                <w:sz w:val="18"/>
              </w:rPr>
              <w:t>Eje(s) articulador(es)</w:t>
            </w:r>
          </w:p>
        </w:tc>
        <w:tc>
          <w:tcPr>
            <w:tcW w:type="dxa" w:w="6360"/>
            <w:tcMar>
              <w:top w:w="95" w:type="dxa"/>
              <w:start w:w="125" w:type="dxa"/>
              <w:bottom w:w="95" w:type="dxa"/>
              <w:end w:w="125" w:type="dxa"/>
            </w:tcMar>
            <w:vAlign w:val="center"/>
          </w:tcPr>
          <w:p>
            <w:pPr>
              <w:spacing w:after="0" w:line="259" w:lineRule="auto"/>
            </w:pPr>
            <w:r>
              <w:rPr>
                <w:rFonts w:ascii="Arial" w:hAnsi="Arial"/>
                <w:b w:val="0"/>
                <w:i w:val="0"/>
                <w:color w:val="263238"/>
                <w:sz w:val="18"/>
              </w:rPr>
              <w:t>Pensamiento crítico e Inclusión.</w:t>
            </w:r>
          </w:p>
        </w:tc>
      </w:tr>
      <w:tr>
        <w:tc>
          <w:tcPr>
            <w:tcW w:type="dxa" w:w="30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Orientación general</w:t>
            </w:r>
          </w:p>
        </w:tc>
        <w:tc>
          <w:tcPr>
            <w:tcW w:type="dxa" w:w="63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Análisis, diálogo, producción y propuesta de acción.</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Codiseño: </w:t>
            </w:r>
            <w:r>
              <w:rPr>
                <w:rFonts w:ascii="Arial" w:hAnsi="Arial"/>
                <w:b w:val="0"/>
                <w:i w:val="0"/>
                <w:color w:val="263238"/>
                <w:sz w:val="20"/>
              </w:rPr>
              <w:t>No se incorpora un contenido nuevo, ya que las situaciones seleccionadas encuentran correspondencia suficiente en los Contenidos y PDA del Programa Sintético.</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79A61F"/>
            <w:tcMar>
              <w:top w:w="180" w:type="dxa"/>
              <w:start w:w="220" w:type="dxa"/>
              <w:bottom w:w="180" w:type="dxa"/>
              <w:end w:w="220" w:type="dxa"/>
            </w:tcMar>
          </w:tcPr>
          <w:p>
            <w:pPr>
              <w:jc w:val="center"/>
            </w:pPr>
            <w:r>
              <w:rPr>
                <w:rFonts w:ascii="Arial" w:hAnsi="Arial"/>
                <w:b/>
                <w:i w:val="0"/>
                <w:color w:val="FFFFFF"/>
                <w:sz w:val="32"/>
              </w:rPr>
              <w:t>TERCER PLANO · Formulación del Programa Analítico</w:t>
              <w:br/>
            </w:r>
            <w:r>
              <w:rPr>
                <w:rFonts w:ascii="Arial" w:hAnsi="Arial"/>
                <w:b/>
                <w:i w:val="0"/>
                <w:color w:val="FFFFFF"/>
                <w:sz w:val="21"/>
              </w:rPr>
              <w:t>Organizamos por Campo y disciplina los Contenidos y PDA del grado.</w:t>
              <w:br/>
            </w:r>
            <w:r>
              <w:rPr>
                <w:rFonts w:ascii="Arial" w:hAnsi="Arial"/>
                <w:b w:val="0"/>
                <w:i/>
                <w:color w:val="FFFFFF"/>
                <w:sz w:val="18"/>
              </w:rPr>
              <w:t>Orientaciones: páginas 23-24</w:t>
            </w:r>
          </w:p>
        </w:tc>
      </w:tr>
    </w:tbl>
    <w:p>
      <w:pPr>
        <w:spacing w:after="4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Vinculación con las Orientaciones: </w:t>
            </w:r>
            <w:r>
              <w:rPr>
                <w:rFonts w:ascii="Arial" w:hAnsi="Arial"/>
                <w:b w:val="0"/>
                <w:i w:val="0"/>
                <w:color w:val="263238"/>
                <w:sz w:val="20"/>
              </w:rPr>
              <w:t>La secuenciación organiza por Campo formativo y disciplina los Contenidos y PDA del grado a lo largo del ciclo escolar.</w:t>
            </w:r>
          </w:p>
        </w:tc>
      </w:tr>
    </w:tbl>
    <w:p>
      <w:pPr>
        <w:spacing w:after="20"/>
      </w:pPr>
    </w:p>
    <w:p>
      <w:pPr>
        <w:pStyle w:val="Heading2"/>
        <w:keepNext/>
      </w:pPr>
      <w:r>
        <w:rPr>
          <w:rFonts w:ascii="Arial" w:hAnsi="Arial"/>
          <w:b/>
          <w:i w:val="0"/>
          <w:color w:val="7447C8"/>
          <w:sz w:val="25"/>
        </w:rPr>
        <w:t>Criterios de secuenciación derivados de la lectura de la realidad</w:t>
      </w:r>
    </w:p>
    <w:tbl>
      <w:tblPr>
        <w:tblStyle w:val="TableGrid"/>
        <w:tblW w:type="dxa" w:w="9360"/>
        <w:jc w:val="center"/>
        <w:tblLayout w:type="fixed"/>
        <w:tblLook w:firstColumn="1" w:firstRow="1" w:lastColumn="0" w:lastRow="0" w:noHBand="0" w:noVBand="1" w:val="04A0"/>
      </w:tblPr>
      <w:tblGrid>
        <w:gridCol w:w="2500"/>
        <w:gridCol w:w="6860"/>
      </w:tblGrid>
      <w:tr>
        <w:tc>
          <w:tcPr>
            <w:tcW w:type="dxa" w:w="2500"/>
            <w:shd w:fill="7447C8"/>
            <w:tcMar>
              <w:top w:w="95" w:type="dxa"/>
              <w:start w:w="125" w:type="dxa"/>
              <w:bottom w:w="95" w:type="dxa"/>
              <w:end w:w="125" w:type="dxa"/>
            </w:tcMar>
            <w:vAlign w:val="center"/>
          </w:tcPr>
          <w:p>
            <w:pPr>
              <w:keepNext/>
              <w:jc w:val="center"/>
            </w:pPr>
            <w:r>
              <w:rPr>
                <w:rFonts w:ascii="Arial" w:hAnsi="Arial"/>
                <w:b/>
                <w:i w:val="0"/>
                <w:color w:val="FFFFFF"/>
                <w:sz w:val="18"/>
              </w:rPr>
              <w:t>Momento</w:t>
            </w:r>
          </w:p>
        </w:tc>
        <w:tc>
          <w:tcPr>
            <w:tcW w:type="dxa" w:w="6860"/>
            <w:shd w:fill="7447C8"/>
            <w:tcMar>
              <w:top w:w="95" w:type="dxa"/>
              <w:start w:w="125" w:type="dxa"/>
              <w:bottom w:w="95" w:type="dxa"/>
              <w:end w:w="125" w:type="dxa"/>
            </w:tcMar>
            <w:vAlign w:val="center"/>
          </w:tcPr>
          <w:p>
            <w:pPr>
              <w:keepNext/>
              <w:jc w:val="center"/>
            </w:pPr>
            <w:r>
              <w:rPr>
                <w:rFonts w:ascii="Arial" w:hAnsi="Arial"/>
                <w:b/>
                <w:i w:val="0"/>
                <w:color w:val="FFFFFF"/>
                <w:sz w:val="18"/>
              </w:rPr>
              <w:t>Intencionalidad</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Inicio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Identidad adolescente, comunicación, convivencia, bases disciplinares y reconocimiento del entorno.</w:t>
            </w:r>
          </w:p>
        </w:tc>
      </w:tr>
      <w:tr>
        <w:tc>
          <w:tcPr>
            <w:tcW w:type="dxa" w:w="2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Desarrollo del ciclo</w:t>
            </w:r>
          </w:p>
        </w:tc>
        <w:tc>
          <w:tcPr>
            <w:tcW w:type="dxa" w:w="68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Indagación, análisis de información, ambiente, procesos científicos, historia y relaciones sociales.</w:t>
            </w:r>
          </w:p>
        </w:tc>
      </w:tr>
      <w:tr>
        <w:tc>
          <w:tcPr>
            <w:tcW w:type="dxa" w:w="2500"/>
            <w:tcMar>
              <w:top w:w="95" w:type="dxa"/>
              <w:start w:w="125" w:type="dxa"/>
              <w:bottom w:w="95" w:type="dxa"/>
              <w:end w:w="125" w:type="dxa"/>
            </w:tcMar>
            <w:vAlign w:val="center"/>
          </w:tcPr>
          <w:p>
            <w:pPr>
              <w:spacing w:after="0" w:line="259" w:lineRule="auto"/>
            </w:pPr>
            <w:r>
              <w:rPr>
                <w:rFonts w:ascii="Arial" w:hAnsi="Arial"/>
                <w:b/>
                <w:i w:val="0"/>
                <w:color w:val="263238"/>
                <w:sz w:val="18"/>
              </w:rPr>
              <w:t>Cierre del ciclo</w:t>
            </w:r>
          </w:p>
        </w:tc>
        <w:tc>
          <w:tcPr>
            <w:tcW w:type="dxa" w:w="6860"/>
            <w:tcMar>
              <w:top w:w="95" w:type="dxa"/>
              <w:start w:w="125" w:type="dxa"/>
              <w:bottom w:w="95" w:type="dxa"/>
              <w:end w:w="125" w:type="dxa"/>
            </w:tcMar>
            <w:vAlign w:val="center"/>
          </w:tcPr>
          <w:p>
            <w:pPr>
              <w:spacing w:after="0" w:line="259" w:lineRule="auto"/>
            </w:pPr>
            <w:r>
              <w:rPr>
                <w:rFonts w:ascii="Arial" w:hAnsi="Arial"/>
                <w:b w:val="0"/>
                <w:i w:val="0"/>
                <w:color w:val="263238"/>
                <w:sz w:val="18"/>
              </w:rPr>
              <w:t>Argumentación, producción, participación, soluciones, creación y actuación autónoma.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Tratamiento: </w:t>
            </w:r>
            <w:r>
              <w:rPr>
                <w:rFonts w:ascii="Arial" w:hAnsi="Arial"/>
                <w:b w:val="0"/>
                <w:i w:val="0"/>
                <w:color w:val="263238"/>
                <w:sz w:val="20"/>
              </w:rPr>
              <w:t>Sin ajustes = texto oficial íntegro. Contextualizado = texto oficial íntegro vinculado con la realidad. Nuevo por codiseño = solo cuando no existe correspondencia suficiente.</w:t>
            </w:r>
          </w:p>
        </w:tc>
      </w:tr>
    </w:tbl>
    <w:p>
      <w:pPr>
        <w:spacing w:after="20"/>
      </w:pPr>
    </w:p>
    <w:tbl>
      <w:tblPr>
        <w:tblStyle w:val="TableGrid"/>
        <w:tblW w:type="dxa" w:w="9360"/>
        <w:jc w:val="center"/>
        <w:tblLayout w:type="fixed"/>
        <w:tblLook w:firstColumn="1" w:firstRow="1" w:lastColumn="0" w:lastRow="0" w:noHBand="0" w:noVBand="1" w:val="04A0"/>
      </w:tblPr>
      <w:tblGrid>
        <w:gridCol w:w="2600"/>
        <w:gridCol w:w="6760"/>
      </w:tblGrid>
      <w:tr>
        <w:tc>
          <w:tcPr>
            <w:tcW w:type="dxa" w:w="2600"/>
            <w:shd w:fill="7447C8"/>
            <w:tcMar>
              <w:top w:w="95" w:type="dxa"/>
              <w:start w:w="125" w:type="dxa"/>
              <w:bottom w:w="95" w:type="dxa"/>
              <w:end w:w="125" w:type="dxa"/>
            </w:tcMar>
            <w:vAlign w:val="center"/>
          </w:tcPr>
          <w:p>
            <w:pPr>
              <w:keepNext/>
              <w:jc w:val="center"/>
            </w:pPr>
            <w:r>
              <w:rPr>
                <w:rFonts w:ascii="Arial" w:hAnsi="Arial"/>
                <w:b/>
                <w:i w:val="0"/>
                <w:color w:val="FFFFFF"/>
                <w:sz w:val="18"/>
              </w:rPr>
              <w:t>Periodo</w:t>
            </w:r>
          </w:p>
        </w:tc>
        <w:tc>
          <w:tcPr>
            <w:tcW w:type="dxa" w:w="6760"/>
            <w:shd w:fill="7447C8"/>
            <w:tcMar>
              <w:top w:w="95" w:type="dxa"/>
              <w:start w:w="125" w:type="dxa"/>
              <w:bottom w:w="95" w:type="dxa"/>
              <w:end w:w="125" w:type="dxa"/>
            </w:tcMar>
            <w:vAlign w:val="center"/>
          </w:tcPr>
          <w:p>
            <w:pPr>
              <w:keepNext/>
              <w:jc w:val="center"/>
            </w:pPr>
            <w:r>
              <w:rPr>
                <w:rFonts w:ascii="Arial" w:hAnsi="Arial"/>
                <w:b/>
                <w:i w:val="0"/>
                <w:color w:val="FFFFFF"/>
                <w:sz w:val="18"/>
              </w:rPr>
              <w:t>Criterio breve</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Septiembre-noviembre</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Puntos de partida y bases.</w:t>
            </w:r>
          </w:p>
        </w:tc>
      </w:tr>
      <w:tr>
        <w:tc>
          <w:tcPr>
            <w:tcW w:type="dxa" w:w="26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Diciembre-marzo</w:t>
            </w:r>
          </w:p>
        </w:tc>
        <w:tc>
          <w:tcPr>
            <w:tcW w:type="dxa" w:w="67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Profundización y aplicación.</w:t>
            </w:r>
          </w:p>
        </w:tc>
      </w:tr>
      <w:tr>
        <w:tc>
          <w:tcPr>
            <w:tcW w:type="dxa" w:w="2600"/>
            <w:tcMar>
              <w:top w:w="95" w:type="dxa"/>
              <w:start w:w="125" w:type="dxa"/>
              <w:bottom w:w="95" w:type="dxa"/>
              <w:end w:w="125" w:type="dxa"/>
            </w:tcMar>
            <w:vAlign w:val="center"/>
          </w:tcPr>
          <w:p>
            <w:pPr>
              <w:spacing w:after="0" w:line="259" w:lineRule="auto"/>
            </w:pPr>
            <w:r>
              <w:rPr>
                <w:rFonts w:ascii="Arial" w:hAnsi="Arial"/>
                <w:b/>
                <w:i w:val="0"/>
                <w:color w:val="263238"/>
                <w:sz w:val="18"/>
              </w:rPr>
              <w:t>Abril-julio</w:t>
            </w:r>
          </w:p>
        </w:tc>
        <w:tc>
          <w:tcPr>
            <w:tcW w:type="dxa" w:w="6760"/>
            <w:tcMar>
              <w:top w:w="95" w:type="dxa"/>
              <w:start w:w="125" w:type="dxa"/>
              <w:bottom w:w="95" w:type="dxa"/>
              <w:end w:w="125" w:type="dxa"/>
            </w:tcMar>
            <w:vAlign w:val="center"/>
          </w:tcPr>
          <w:p>
            <w:pPr>
              <w:spacing w:after="0" w:line="259" w:lineRule="auto"/>
            </w:pPr>
            <w:r>
              <w:rPr>
                <w:rFonts w:ascii="Arial" w:hAnsi="Arial"/>
                <w:b w:val="0"/>
                <w:i w:val="0"/>
                <w:color w:val="263238"/>
                <w:sz w:val="18"/>
              </w:rPr>
              <w:t>Integración y autonomía.</w:t>
            </w:r>
          </w:p>
        </w:tc>
      </w:tr>
    </w:tbl>
    <w:p>
      <w:pPr>
        <w:spacing w:after="20"/>
      </w:pPr>
    </w:p>
    <w:tbl>
      <w:tblPr>
        <w:tblW w:type="dxa" w:w="9360"/>
        <w:jc w:val="center"/>
        <w:tblLayout w:type="fixed"/>
        <w:tblLook w:firstColumn="1" w:firstRow="1" w:lastColumn="0" w:lastRow="0" w:noHBand="0" w:noVBand="1" w:val="04A0"/>
      </w:tblPr>
      <w:tblGrid>
        <w:gridCol w:w="9360"/>
      </w:tblGrid>
      <w:tr>
        <w:tc>
          <w:tcPr>
            <w:tcW w:type="dxa" w:w="9360"/>
            <w:shd w:fill="F3F8E9"/>
            <w:tcMar>
              <w:top w:w="130" w:type="dxa"/>
              <w:start w:w="160" w:type="dxa"/>
              <w:bottom w:w="130" w:type="dxa"/>
              <w:end w:w="160" w:type="dxa"/>
            </w:tcMar>
          </w:tcPr>
          <w:p>
            <w:r>
              <w:rPr>
                <w:rFonts w:ascii="Arial" w:hAnsi="Arial"/>
                <w:b/>
                <w:i w:val="0"/>
                <w:color w:val="79A61F"/>
                <w:sz w:val="20"/>
              </w:rPr>
              <w:t xml:space="preserve">Lenguas Indígenas: </w:t>
            </w:r>
            <w:r>
              <w:rPr>
                <w:rFonts w:ascii="Arial" w:hAnsi="Arial"/>
                <w:b w:val="0"/>
                <w:i w:val="0"/>
                <w:color w:val="263238"/>
                <w:sz w:val="20"/>
              </w:rPr>
              <w:t>Se presentan los trayectos de Lengua Materna y Segunda Lengua para conservar y contextualizar el que corresponda a la situación lingüística de la escuela y del alumnado.</w:t>
            </w:r>
          </w:p>
        </w:tc>
      </w:tr>
    </w:tbl>
    <w:p>
      <w:pPr>
        <w:spacing w:after="20"/>
      </w:pPr>
    </w:p>
    <w:p>
      <w:pPr>
        <w:pStyle w:val="Heading2"/>
        <w:keepNext/>
      </w:pPr>
      <w:r>
        <w:rPr>
          <w:rFonts w:ascii="Arial" w:hAnsi="Arial"/>
          <w:b/>
          <w:i w:val="0"/>
          <w:color w:val="7447C8"/>
          <w:sz w:val="25"/>
        </w:rPr>
        <w:t>Lenguajes</w:t>
      </w:r>
    </w:p>
    <w:p>
      <w:pPr>
        <w:pStyle w:val="Heading3"/>
        <w:keepNext/>
      </w:pPr>
      <w:r>
        <w:rPr>
          <w:rFonts w:ascii="Arial" w:hAnsi="Arial"/>
          <w:b/>
          <w:i w:val="0"/>
          <w:color w:val="7447C8"/>
          <w:sz w:val="25"/>
        </w:rPr>
        <w:t>Español</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de lenguas y su uso en la comunicación familiar, escolar y comunitaria.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 riqueza lingüística de México y el mundo, a partir de obras literarias procedentes de distintas culturas.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lenguas como manifestación de la identidad y del sentido de pertenencia.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Describe en un texto cómo el lenguaje oral manifiesta las identidades personal y colectiva, para reconocer lo común y lo diferente.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para promover una vida saludable, expresados en medios comunitarios o masivos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características y recursos de mensajes que promueven una vida saludable a través de los diferentes medios comunitarios o masivos de comunicación impresos o audiovisuales.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Recursos literarios en lengua española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recursos literarios en lengua española y los emplea en la elaboración de cartas personales y biografías, para expresar sensaciones, emociones, sentimientos e ideas que experimenta en su entorno familiar, escolar o comunitario.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y expresa la relevancia de valorar las lenguas como legado de la comunidad.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a favor de una sociedad intercultural.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las ideas centrales y secundarias de textos relacionados con la diversidad étnica, cultural y lingüística, que favorecen una sociedad intercultural, para comentarlas en forma oral y escrita.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elementos y los recursos estéticos de la lengua española en la literatura oral y escrita.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los recursos estéticos en textos literarios líricos, orales y escritos, y disfruta de poemas, canciones y juegos de palabras, entre otros.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Realiza, de manera colectiva, una propuesta oral o por escrito, para promover acciones que posibiliten erradicar la violencia en las familias y la escuela. Elabora solicitudes de gestión de espacios y recursos para dar a conocer la propuesta.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Textos literarios escritos en español o traducidos.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el valor estético de diversos géneros literarios en textos de su elección, para elaborar comentarios y promover su lectura.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géneros periodísticos y sus recursos para comunicar sucesos significativos familiares, escolares, comunitarios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sucesos significativos familiares, escolares, comunitarios y sociales que forman parte de la memoria colectiva y los comunica haciendo uso de las características de los géneros periodísticos informativos.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Textos de divulgación científica.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características del texto de divulgación científica y elabora uno.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Creaciones literarias tradicionales y contemporáneas.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y clasifica creaciones literarias de la comunidad o de un lugar de interés, como mitos, leyendas, fábulas, epopeyas, cantares de gesta, refranes, coplas, canciones, corridos y juegos de palabras, para promover de manera creativa su lectura.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función creativa del español en la expresión de necesidades e intereses comunitarios.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una situación problemática de la comunidad, haciendo uso del pensamiento crítico, para plantear diversas formas creativas de resolverla, por ejemplo, con un cuento.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Manifestaciones culturales y artísticas que favorecen una sociedad incluyente.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manifestaciones culturales y artísticas creadas o ejecutadas por personas con alguna discapacidad, para distinguir sus valores estéticos y creativos y las comparte en forma oral o escrita con la comunidad.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Lengua Materna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lenguas indígenas como manifestación de la identidad y del sentido de pertenencia.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cómo el lenguaje oral manifiesta las identidades personal y colectiva, para reconocer procesos de transmisión o ruptura de la lengua indígena (variante lingüística) 1er grado de su contexto en su árbol genealógico.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de lenguas indígenas y su uso en la comunicación familiar, escolar y comunitaria.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diversidad de lenguas indígenas existentes en México y América Latina.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dinamismo de las lenguas indígenas y su relevancia como patrimonio cultural.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en textos orales y/o escritos en la lengua indígena de su contexto, neologismos, juegos de lenguajes, caló, jerga, préstamos lingüísticos y extranjerismos, como parte del dinamismo de las lenguas indígenas.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relacionadas con la fiesta como expresión comunal.</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las relaciones entre las fiestas comunales y la construcción de la identidad colectiva, mediante el uso de la lengua indígena (variante lingüística) del contexto, para narrarlas en textos orales.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en sus componentes estructurales.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reflexiona sobre los componentes de la lengua indígena (variante lingüística) del contexto en los planos: fonético-fonológico, morfológico, sintáctico, semántico y pragmático de la lengua indígena.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tierra como madre y como territorio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relaciones entre elementos del territorio y el uso de la lengua indígena (variante lingüística) del contexto para narrarlos en textos orales de distintos géneros.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el uso de la lengua indígena (variante lingüística) del contexto en torno al trabajo comunitario (tequio), para realizar narraciones en textos orales de distintos géneros.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el trabajo comunitario (tequio) como construcción de relaciones sociales 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y clasifica mitos, leyendas, fábulas, epopeyas, consejos, dichos, coplas, canciones, corridos y juegos de palabras, entre otros, en torno al trabajo comunitario para promover el uso de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en torno a la milpa como sistema de significación material y simbólico.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el uso de la lengua indígena (variante lingüística) del contexto en relación con la milpa, para realizar narraciones en textos 1er grado orales de distintos géneros.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relacionadas con la ritualidad como expresión comunal.</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el uso de la lengua indígena (variante lingüística) del contexto en torno a la ritualidad como expresión comunal, para realizar narraciones en textos orales de distintos géneros.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étnica, cultural y lingüística de México en peligro.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las ideas centrales y secundarias de textos relacionados con el análisis del racismo y las relaciones interétnicas en la sociedad mexicana, para comentarlas en forma oral y escrita en la lengua indígena (variante lingüística) de su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Estudio de la lengua indígena (variante lingüística) del contexto a través de prácticas sociales relacionadas con el territorio como espacio vital I.</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las prácticas sociales en torno a la tierra como madre y como territorio y el uso de la lengua indígena (variante lingüística) del contexto en tales prácticas.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Estudio de la lengua indígena (variante lingüística) del contexto a través de prácticas sociales que se consideren relevantes.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Conoce y usa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y clasifica creaciones literarias de la comunidad o de un lugar de interés, como poemas, mitos, leyendas, fábulas, epopeyas, cantares de gesta, refranes, coplas, canciones, corridos y juegos de palabras, entre otras, para promover de manera creativa su lectura.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Lengua Indígena como Segunda Lengua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Hace uso del alfabeto, los números y las expresiones básicas de la lengua indígena (variante lingüística) del contexto, para nombrar y recuperar datos factuales y características básicas de lenguas indígenas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lengua indígena (variante lingüística) de su contexto para expresar sensaciones, emociones, sentimientos e ideas vinculados con las familias, la escuela y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Lleva a cabo juegos del lenguaje en la lengua indígena (variante lingüística) de su contexto para expresar sensaciones, emociones, sentimientos e ideas sobre las familias y la escuela.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identidad y cultura de la lengua indígena (variante lingüística) del contexto escolar.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información para llevar a cabo presentaciones orales y escritas en la lengua indígena (variante lingüística) del contexto, para describir rasgos étnicos, culturales e identitarios de los hablantes de esa lengua, como sus abuelos y abuelas.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 la lengua indígena (variante lingüística) del contexto para expresar necesidades, intereses y problemas de la comunidad.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Investiga en textos soluciones implementadas a problemas de una comunidad e informa de manera oral o escrita sus hallazgos en la lengua indígena (variante lingüística) del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asertiva y dialógica en la lengua indígena (variante lingüística) de su contexto, para sensibilizar sobre la erradicación del racismo y la discriminación.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distintas fuentes, expresiones de racismo presentes en su entorno. Reflexiona y comunica de forma oral y escrita una postura de rechazo al racismo en la lengua indígena (variante lingüística) de su contexto, mediante la comunicación asertiva y dialógica.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 a personas de la comunidad y narra sucesos significativos en torno a la práctica cultural relevante en la lengua indígena (variante lingüística) del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Creaciones literarias tradicionales y contemporáneas en la lengua indígena (variante lingüística) de su contexto.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Selecciona textos literarios en la lengua indígena (variante lingüística) de su contexto que aborden temas de la comunidad o de algún lugar de interés, los resume y difunde por distintos medios.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 la lengua indígena (variante lingüística) de su contexto, en la construcción de mensajes a favor de la inclusión.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en diversas fuentes sobre las características de los mensajes que presentan información a favor de la interacción, sensibilización y empatía con la diversidad y expone su punto de vista en la lengua indígena (variante lingüística) de su contexto.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Obtiene información en torno a las prácticas culturales de la lengua indígena (variante lingüística) del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III.</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Realiza una lectura crítica y emite su opinión en la lengua indígena (variante lingüística) del contexto respecto a la práctica cultural relevante.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lengua indígena (variante lingüística) del contexto a través de una práctica cultural que se considere relevante, ya sea de la comunidad de origen o de nuevas prácticas IV.</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Entrevista a personas y narra sucesos significativos en torno a las prácticas culturales de la lengua indígena (variante lingüística) del contexto.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la lengua indígena (variante lingüística) del contexto,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una historieta, cómic o manga en la lengua indígena (variante lingüística) que aborde situaciones donde se rescata la importancia de la interculturalidad.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 la lengua indígena (variante lingüística) de su contexto, en las manifestaciones culturales y artísticas que favorecen la construcción de una sociedad incluyente.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semblanzas en la lengua indígena (variante lingüística) de su contexto sobre personas indígenas destacadas por contribuir a la cultura y las artes, y las difunde.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Inglés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Mensajes en inglés en medios de comunicación masiva, que promuevan una vida saludable.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en inglés mensajes que promuevan una vida saludable y los difunde de manera oral o escrita, a través de distintos medios de comunicación.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lingüística y sus formas de expresión en México y el mundo.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Hace uso del alfabeto, los números y las expresiones básicas en inglés, para nombrar y recuperar datos factuales y características básicas de lenguas reconocidas en México y el mundo.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inglés para expresar sensaciones, emociones, sentimientos e ideas vinculados con las familias, la escuela y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Lleva a cabo juegos del lenguaje en inglés para expresar sensaciones, emociones, sentimientos e ideas sobre las familias y la escuela.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identidad y cultura de pueblos de habla inglesa.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información para llevar a cabo presentaciones en inglés, orales y escritas, que describan rasgos étnicos, culturales e identitarios de hablantes de lengua inglesa.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Uso de diversos textos en inglés que promueven la preservación y conservación de las lenguas.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estrategias acerca de la conservación y preservación de las lenguas, planteadas en textos informativos y científicos en inglés, y las difunde.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uso del inglés para expresar necesidades, intereses y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Investiga en textos en inglés soluciones implementadas sobre problemas de una comunidad, e informa de manera oral o escrita sus hallazgos.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Comunicación asertiva y dialógica en inglés, para sensibilizar sobre la erradicación de la violencia en las familias y la escuela.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Recupera de distintos textos en inglés, expresiones de violencia presentes en las familias y las escuelas. Reflexiona y comunica de forma oral y escrita una postura de rechazo a la violencia, mediante la comunicación asertiva y dialógica.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literarias tradicionales y contemporáneas en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Selecciona textos literarios en inglés que aborden temas de la comunidad o de algún lugar de interés, los resume y difunde por distintos medios.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del inglés en la construcción de mensajes a favor de la inclusión.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Investiga en diversas fuentes en inglés las características de los mensajes que presentan información a favor de la interacción, sensibilización y empatía con la diversidad y expone su punto de vista.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Relatos en inglés para expresar sucesos significativos familiares, escolares, comunitarios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Entrevista y narra en inglés sucesos significativos familiares, escolares, comunitarios o sociales recuperados de la memoria colectiva.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Elementos y recursos estéticos del inglés.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distintos tipos de textos literarios en inglés, expresiones, elementos y recursos estéticos y elabora un glosario.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uso del inglés en las manifestaciones culturales y artísticas que favorecen la construcción de una sociedad incluyente.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Elabora semblanzas en inglés sobre personas en condición de discapacidad, destacadas por contribuir a la cultural y las artes, y las difunde.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manifestaciones culturales, lingüísticas y artísticas en inglés a favor de la interculturalidad.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Elabora un cómic o manga en inglés sobre situaciones donde se rescata la importancia de la interculturalidad.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Manifestaciones artísticas y culturales del inglés.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Realiza una lectura crítica y emite su opinión en inglés sobre diversas manifestaciones culturales y artísticas de pueblos de habla inglesa.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Artes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Vida saludable expresada a través de mensajes construidos con elementos de las artes, para difundirlos por distintos medios de comunicación.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Emplea intencionalmente formas, colores, movimientos, sonidos, entre otros elementos de las artes, para representar una vida saludable y la difunde por un medio de comunicación escolar.</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Sistemas alternativos y aumentativos de comunicación como herramientas creativas que favorecen la inclusión.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algunas características sensoriales de la Lengua de Señas Mexicana, el código Braille, los tableros de comunicación y otros sistemas alternativos y aumentativos, para fomentar la interacción, sensibilización y empatía con la diversidad.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Patrimonio cultural de la comunidad en manifestaciones artísticas que fomentan la identidad y el sentido de pertenencia.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manifestaciones artísticas del patrimonio cultural de la comunidad y de México, para fomentar las identidades personal y colectiva, así como el sentido de pertenencia.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Diversidad de lenguajes artísticos en la riqueza pluricultural de México y del mundo.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en manifestaciones artísticas de México y del mundo el uso del cuerpo, del espacio y del tiempo, para valorarlas como parte de la riqueza pluricultural.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Creaciones artísticas que tienen su origen en textos literarios.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con formas, colores, movimientos, sonidos, entre otros elementos de las artes, para reinterpretar textos literarios de la comunidad u otros lugares, haciendo uso de diversos lenguajes artísticos.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creativos que ponen en práctica la comunicación dialógica como estrategia para erradicar expresiones de violencia.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Expresa, mediante elementos de las artes como las formas, colores, movimientos y sonidos, la relevancia del diálogo como una alternativa a las manifestaciones de violencia presentes en la familia, escuela y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Identidad y sentido de pertenencia en manifestaciones artísticas.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Aprecia la intención expresiva en diversas manifestaciones artísticas, para la construcción crítica de las identidades personal y colectiva.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lenguajes artísticos en la expresión de problemas de la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intencionalmente formas, colores, movimientos y sonidos, entre otros elementos de las artes, para recrear una situación problemática de su contexto y manifestar una postura crítica.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Valor estético de la naturaleza, de la vida cotidiana y de diferentes manifestaciones culturales y artísticas.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Disfruta de manifestaciones culturales y artísticas de la comunidad y de otros lugares, para reconocer sus gustos e intereses estéticos. Disfruta los valores estéticos presentes en la naturaleza para apreciarla y expresarla.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Manifestaciones culturales y artísticas que conforman la diversidad étnica, cultural y lingüística.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diferentes manifestaciones culturales y artísticas de pueblos indígenas y afrodescendientes de México y del mundo, para interpretar significados que permitan fomentar una sociedad intercultural.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Elementos de las artes y recursos estéticos apreciados en el entorno natural y social, así como en diversas manifestaciones artísticas.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el uso intencional del cuerpo, del espacio y del tiempo en manifestaciones artísticas, para apreciar e interpretar sus sentidos y significados. Percibe cualidades estéticas en el entorno natural y social, para interpretar sus sentidos y significados.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Expresión artística de sensaciones, emociones, sentimientos e ideas, a partir de experiencias familiares, escolares o comunitarias.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Recrea lúdicamente sensaciones, emociones, sentimientos e ideas, mediante el uso del cuerpo, del espacio y del tiempo, para expresar la relación con su entorno familiar.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Memoria colectiva representada por medios artísticos, para registrar experiencias comunitarias.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Recupera de la memoria colectiva acontecimientos significativos de las familias, escuela o comunidad, para representarlos de manera creativa.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Manifestaciones artísticas que emplean sistemas alternativos y aumentativos de comunicación, elaboradas por personas en condición de discapacidad y/o diseñadas para ellas.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los valores estéticos y creativos de las manifestaciones artísticas realizadas por personas con alguna discapacidad, para fomentar la inclusión.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Saberes y Pensamiento Científico</w:t>
      </w:r>
    </w:p>
    <w:p>
      <w:pPr>
        <w:pStyle w:val="Heading3"/>
        <w:keepNext/>
      </w:pPr>
      <w:r>
        <w:rPr>
          <w:rFonts w:ascii="Arial" w:hAnsi="Arial"/>
          <w:b/>
          <w:i w:val="0"/>
          <w:color w:val="7447C8"/>
          <w:sz w:val="25"/>
        </w:rPr>
        <w:t>Matemáticas</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Expresión de fracciones como decimales y de decimales como fracciones.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diversas estrategias al convertir números fraccionarios a decimales y viceversa.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Extensión de los números a positivos y negativos y su orden.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necesidad de los números negativos a partir de usar cantidades que tienen al cero como referencia. Compara y ordena números con signo (enteros, fracciones y decimales) en la recta numérica y analiza en qué casos se cumple la propiedad de densidad.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Introducción al álgebra.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Interpreta y plantea diversas situaciones del lenguaje común al lenguaje algebraico y viceversa. Representa algebraicamente perímetros de figuras.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Extensión del significado de las operaciones y sus relaciones inversas.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el significado de las cuatro operaciones básicas y sus relaciones inversas al resolver problemas que impliquen el uso de números con signo. Comprueba y argumenta si cada una de estas operaciones cumple las propiedades: conmutativa, asociativa y distributiva. Identifica y aplica la jerarquía de operaciones y símbolos de agrupación al realizar cálculos.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y propiedades de las figuras planas y cuerpos.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Utiliza la regla y el compás para trazar: punto medio, mediatriz de un segmento, segmentos y ángulos congruentes, bisectriz de un ángulo, rectas perpendiculares y rectas paralelas. Identifica y traza las rectas notables en triángulos y cuadriláteros. Construye y clasifica triángulos y cuadriláteros a partir del análisis de distinta información.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Regularidades y Patrones.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algebraicamente una sucesión con progresión aritmética de figuras y números.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Azar y probabilidad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Compara cualitativamente dos o más eventos a partir de sus resultados posibles, usa relaciones como: “es más probable que…”, “es menos probable que…”. Identifica eventos en los que interviene el azar, determina el espacio muestral y experimenta. Identifica diversos procedimientos de conteo y resuelve problemas.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Rectas y ángulos.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las figuras básicas como rectas y ángulos y su notación. Encuentra y calcula los ángulos que se forman al intersecar dos segmentos.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Medición y cálculo en diferentes contextos.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Introduce la idea de distancia entre dos puntos como la longitud del segmento que los une. Encuentra la distancia de un punto a una recta y la distancia entre dos rectas paralelas. Explora la desigualdad del triángulo. Obtiene y aplica fórmulas o usa otras estrategias para calcular el perímetro y el área de polígonos regulares e irregulares y del círculo.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Interpretación de la información a través de medidas de tendencia central y de dispersión.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Determina e interpreta la frecuencia absoluta, la frecuencia relativa, la media, la mediana y la moda en un conjunto de datos. Usa e interpreta las medidas de tendencia central (moda, media aritmética y 1er grado mediana) y el rango de un conjunto de datos, y justifica con base en ellas sus decisiones.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Relaciona e interpreta relaciones proporcional y no proporcional a partir de su representación tabular, gráfica y con diagramas. Modela y resuelve diversas situaciones a través de ecuaciones proporcionales con constante positiva y negativa.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Circunferencia, círculo y esfera.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y traza las rectas notables en la circunferencia y las relaciones entre ellas. Investiga figuras relacionadas con círculos y propiedades de los círculos. Construye circunferencias a partir de distinta información. 1er grado Verifica los criterios de existencia y unicidad de estas figuras.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Obtención y representación de información.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Usa tablas, gráficas de barras y circulares para el análisis de información.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Ecuaciones lineales y cuadráticas.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Resuelve ecuaciones de la forma Ax=B, Ax+B=C, Ax+B=Cx+D con el uso de las propiedades de la igualdad. Modela y resuelve problemas cuyo planteamiento es una ecuación lineal. Resuelve problemas de porcentajes en diversas situaciones.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Biología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Funcionamiento del cuerpo humano coordinado por los sistemas nervioso y endocrino.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Explica la participación de los sistemas nervioso y endocrino en la coordinación de las funciones del cuerpo humano; reconoce el papel general de las hormonas y sus efectos en la maduración sexual y en la reproducción. Explica los efectos del consumo de sustancias adictivas en el sistema nervioso y en el funcionamiento integral del cuerpo humano; argumenta la importancia de evitar su consumo a partir del análisis de sus implicaciones en la salud, la sexualidad, la economía y la sociedad; comparte sus aprendizajes por distintos medios.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biodiversidad como expresión del cambio de los seres vivos en el tiempo.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información acerca del estado de la biodiversidad local a partir de fuentes directas, orales, escritas, audiovisuales o Internet, expone razones sobre su importancia cultural, biológica, estética y ética; propone acciones para su cuidado. Indaga las principales aportaciones de Darwin y Wallace, las identifica como una de las explicaciones más fundamentadas acerca del origen de la biodiversidad y reflexiona acerca de cómo han cambiado; reconoce que los conocimientos científicos son un proceso en construcción permanente.</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Salud sexual y reproductiva: prevención de infecciones de transmisión sexual y del embarazo en adolescentes.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las maneras en que la cultura influye en el concepto de sexualidad; reconoce que todas las culturas tienen maneras distintas de comprender el género, la sexualidad y la reproducción; y reflexiona acerca de que el inicio de la actividad sexual debe ser de manera consensuada. Cuestiona creencias, estereotipos y costumbres que impactan negativamente la salud sexual y reproductiva de niñas y mujeres; reconoce la importancia de la igualdad de género y la responsabilidad compartida del hombre y la mujer en la prevención del embarazo en la adolescencia como base para la toma de decisiones. Compara la efectividad de los métodos anticonceptivos como apoyo para planificar el embarazo desde la perspectiva del proyecto de vida, con acompañamiento de los servicios amigables; valora la efectividad del condón por su doble protección: para prevenir el embarazo en adolescentes y disminuir el riesgo de infecciones de transmisión sexual.</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Importancia del microscopio para el conocimiento de la unidad y la diversidad de los seres vivos.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cómo han cambiado las primeras observaciones microscópicas respecto de las actuales; valora el avance en el conocimiento de las bacterias, las células y los virus. Describe las estructuras y funciones básicas de la célula a partir de modelos; explica la participación de la membrana y el citoplasma en las funciones de nutrición y relación, y del núcleo en la reproducción y la herencia. Formula preguntas y contrasta explicaciones acerca de la manipulación genética; comparte sus hallazgos respecto de sus beneficios y riesgos en los ámbitos de la salud y el medio ambiente; participa en debates en los que defiende su postura.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de saberes e intercambio de conocimientos acerca de los seres vivos y las relaciones con el medio ambiente.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importancia de los conocimientos, prácticas e innovaciones de los pueblos originarios acerca de los seres vivos; intercambia vivencias y experiencias asociadas al aprovechamiento y la protección como el uso de la herbolaria, la milpa o la conservación de los bosques. Explica por qué los saberes de los pueblos originarios han aportado al aprovechamiento de los recursos naturales en el ecosistema local; analiza sus contribuciones a la agricultura, el pastoreo y la pesca sustentables; comunica sus hallazgos usando diferentes lenguajes y representaciones.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vacunas: su relevancia en el control de algunas enfermedades infecciosas.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las características generales de las bacterias y los virus; formula hipótesis en torno al por qué de la rápida propagación de las enfermedades infecciosas que causan, y las contrasta con evidencias reportadas en fuentes con sustento científico. Valora la importancia y la necesidad de proteger la salud con el uso de las vacunas para el control de algunas enfermedades infecciosas; evalúa sus riesgos y beneficios sociales y económicos; reconoce la interacción de los conocimientos científicos y tecnológicos, sus alcances y limitaciones.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calentamiento global como una consecuencia de la alteración de los ciclos biogeoquímicos en los ecosistemas.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Representa la transferencia de materia y energía entre los organismos de un ecosistema mediante redes y pirámides tróficas; elabora explicaciones, inferencias y predicciones consistentes con los modelos generados acerca de la pérdida o incremento de organismos en los eslabones. Identifica interacciones de competencia e interdependencia en el ecosistema local y explica cómo regulan el funcionamiento y mantenimiento en la dinámica general del ecosistema. Analiza las prácticas de consumo que han alterado los ciclos biogeoquímicos del carbono y el nitrógeno, sus efectos asociados al calentamiento global y sus impactos en el medio ambiente y la salud.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Prevención de enfermedades relacionadas con la alimentación y el consumo de alimentos ultraprocesados.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causas de la obesidad y la diabetes relacionadas con la dieta y el sedentarismo, a fin de formular su proyecto de vida saludable; incluye factores protectores y propone acciones para reducir factores de riesgo, incluyendo su entorno familiar y comunitario. Formula hipótesis acerca de las consecuencias de carencia o exceso de nutrimentos en la dieta; interpreta datos que muestran la correlación entre la incidencia de enfermedades como la caries e hipertensión y el consumo de exceso de sal, azúcar y grasas saturadas.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procesos vitales de los seres vivos: nutrición, relación con el medio y reproducción.</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Compara las características comunes de los seres vivos; identifica que todos tienen estructuras especializadas asociadas a la nutrición, la relación con el medio y la reproducción y los distingue como rasgos adaptativos que favorecen la sobrevivencia de las especies. Clasifica organismos de acuerdo con características comunes asociadas a la nutrición y reproducción; propone hipótesis en torno a posibles relaciones de parentesco entre ellos y las contrasta con fuentes de consulta; reconoce que todas las clasificaciones tienen alcances y limitaciones.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Ética, Naturaleza y Sociedades</w:t>
      </w:r>
    </w:p>
    <w:p>
      <w:pPr>
        <w:pStyle w:val="Heading3"/>
        <w:keepNext/>
      </w:pPr>
      <w:r>
        <w:rPr>
          <w:rFonts w:ascii="Arial" w:hAnsi="Arial"/>
          <w:b/>
          <w:i w:val="0"/>
          <w:color w:val="7447C8"/>
          <w:sz w:val="25"/>
        </w:rPr>
        <w:t>Geografía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espacio geográfico como una construcción social y colectiva.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el espacio geográfico se conforma de interrelaciones sociedad-naturaleza. Reconoce que el patrimonio biocultural es resultado de la relación entre las formas de organización económico-social, la cultura y la biodiversidad a través del tiempo. Distingue la distribución de las principales regiones bioculturales principales en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diversidad de grupos sociales y culturales en México.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la diversidad de pueblos originarios, afromexicanos, migrantes, grupos urbanos, grupos sociales en México, como parte de la identidad nacional pluricultural y la compara con la diversidad social y cultural en el mundo. Valora la importancia del espacio en la conformación de las identidades juveniles.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retos sociales y ambientales en la comunidad, en México y el mundo.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cómo las problemáticas sociales y ambientales afectan a la comunidad. Asume responsabilidad como agente de cambio para encontrar soluciones a las problemáticas sociales y ambientales de la comunidad.</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categorías de análisis espacial y representaciones del espacio geográfico.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Reconoce saberes ancestrales acerca del espacio geográfico, formas de ubicación y representaciones en México y el mundo. Comprende las categorías de análisis espacial para explicar las características del espacio geográfico: lugar, región, paisaje y territorio. Utiliza los conceptos de localización, distribución, diversidad, temporalidad y cambio e interacción para el estudio del espacio geográfico.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conflictos territoriales actuales en México y el mundo, y sus implicaciones ambientales y sociales.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Debate acerca de la multicausalidad de los conflictos territoriales en México y el mundo, la importancia de la ubicación geográfica de las partes involucradas y las consecuencias ambientales, sociales, económicas y políticas en México y el mundo. Promueve alternativas de resolución justas y pacíficas a los conflictos territoriales que afectan a la comunidad, a México y al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reto del cambio climático.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las relaciones e interacciones entre los elementos y los factores del clima como base para comprender, de manera general, la distribución de las regiones naturales en la Tierra y analizar la biodiversidad en el mundo. Indaga y analiza de manera crítica los cambios ocurridos en el clima, sus causas y consecuencias en México y el mundo. Asume una postura crítica y activa ante los fenómenos derivados del calentamiento global y el cambio climático.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procesos productivos y sus consecuencias ambientales y sociales en la comunidad, México y el mundo.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Compara procesos productivos y espacios económicos en México y el mundo, para reconocer sus implicaciones sociales, económicas y ambientales. Analiza y relaciona distintos procesos productivos sustantivos en la conformación social, económica y espacial de las sociedades a nivel mundial, para identificar sus contradicciones y desigualdades.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prácticas de producción, distribución y consumo sustentables como alternativas para preservar el medio ambiente y asegurar el bienestar de las generaciones presentes y futuras.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qué es la sustentabilidad e identifica prácticas de producción, distribución y consumo sustentables. Argumenta sobre prácticas sustentables de producción, distribución y consumo que pueden contribuir al bienestar de la comunidad y de México. Propone alternativas sustentables de desarrollo social para la preservación del medio ambiente y el bienestar de las generaciones presentes y futuras.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Crecimiento, distribución, composición y migración de la población.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las implicaciones sociales, ambientales y económicas del crecimiento, distribución y composición de la población en diferentes países, con base en información estadística y cartográfica. Emplea las nociones de concentración y dispersión de la población para explicar los rasgos y problemas del espacio urbano y el rural. Distingue la movilidad como un derecho humano, los tipos de migración y principales flujos migratorios para comprender los efectos socioeconómicos y culturales en los lugares de atracción y expulsión de población.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suelo, recurso estratégico para la seguridad alimentaria y la vida en el planeta.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sobre el origen, los usos y los problemas del suelo en la localidad. Reflexiona acerca de la contradicción que existe entre los países con suelo de vocación agrícola y la poca productividad asociada con los problemas del suelo (sobreexplotación, degradación, pérdida, entre otros). Comparte alternativas para la protección y recuperación del suelo y colabora de manera organizada y solidaria en acciones comunitarias orientadas a ese fin en la localidad donde vive.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distribución y dinámica de las aguas continentales y oceánicas en la Tierra.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 distribución de las aguas continentales en México y el mundo: principales ríos, lagos, aguas subterráneas, llanuras inundables y humedales. Reconoce la importancia de las cuencas hidrográficas como un sistema para el desarrollo económico en México, así como para la conservación del agua y la tierra. Valora el mar territorial, la zona económica exclusiva de México y sus litorales, como recursos que contribuyen al desarrollo del país, lo que fortalece la conciencia marítima.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riesgos de desastre, su relación con los procesos naturales y la vulnerabilidad de la población en lugares específicos.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que los desastres pueden ser originados por procesos naturales o por las actividades humanas. Relaciona los efectos ambientales, sociales y económicos de los desastres recientes en México y el mundo, tomando en cuenta la vulnerabilidad de la población. Valora la importancia de consolidar una cultura de prevención de desastres con la participación de instituciones, organismos y la sociedad.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desigualdades socioeconómicas en México y el mundo, y sus efectos en la calidad de vida de las personas.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qué son las desigualdades socioeconómicas e identifica sus efectos y repercusiones en la vida de las personas. Argumenta las desigualdades socioeconómicas en México y el mundo, mediante la interpretación del Índice de Desarrollo Humano (IDH) y el Índice para una vida mejor, para explicar sus efectos en la calidad de vida. Propone acciones para reducir las desigualdades socioeconómicas en la comunidad, México y el mundo.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relación de las placas tectónicas con el relieve, la sismicidad y el vulcanismo.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qué son las placas tectónicas, cuáles son sus características y dinámica. Argumenta la relación entre las placas tectónicas con las regiones sísmicas y volcánicas en México y el mundo, para fortalecer la cultura de la prevención. Relaciona los movimientos de las placas tectónicas con la distribución del relieve de la superficie terrestre y reconoce otros agentes que lo modelan.</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Historia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Relaciones de poder y lucha por los derechos de grupos históricamente discriminados o subrepresentados.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Identifica las problemáticas de violencia hacia pueblos originarios, afrodescendientes, migrantes y comunidad LGBTTTIQ+ en distintos procesos históricos. Argumenta sobre los cambios y permanencias en la lucha por erradicar la violencia hacia pueblos originarios, afrodescendientes, migrantes y comunidad LGBTTTIQ+ en distintos procesos históricos.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Discriminación, racismo, sexismo y prejuicios como construcciones históricas.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las causas históricas del racismo y la xenofobia y las relaciona críticamente con sus consecuencias. Analiza la relevancia histórica del racismo en la justificación de actos que atentaron contra la vida de personas o grupos. Comprende las causas y consecuencias históricas del racismo y propone acciones en su vida cotidiana y en la de su comunidad escolar para combatirlo.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Los albores de la humanidad: los pueblos antiguos del mundo y su devenir.</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Busca, localiza y estudia con sus pares fuentes que dan cuenta de mitos fundacionales de pueblos antiguos. Reflexiona acerca de la importancia de las fuentes históricas para la interpretación de hechos y procesos. Compara y encuentra lo común y lo diverso entre mitos fundacionales de pueblos antiguos de México y de otras partes del mundo. Reflexiona y toma postura en torno a las teorías que explican el poblamiento original de América. Distingue y clasifica evidencias históricas que le permiten acercarse al conocimiento del poblamiento original de América. Investiga acerca de restos fósiles humanos encontrados en lo que hoy es el territorio de nuestro país. Reflexiona en torno al caso del llamado Hombre de Tepexpan y la necesidad de una historia inclusiva que recupere las aportaciones de las mujeres. 1er grado Reconoce que la Historia es una reconstrucción científica del pasado que se hace desde el presente y que al igual que en otras ciencias, la ideología y la metodología del historiador determinan su mirada del pasado. Conoce sistemas que tienen como propósito abordar la historia de los primeros pueblos en el territorio de lo que ahora es nuestro país. Emplea alguno de estos sistemas para ubicar en el espacio y en el tiempo aspectos de la vida cotidiana de los pueblos antiguos que surgieron en Mesoamérica, Aridoamérica y Oasisamérica. Vincula y compara sus representaciones e ideas sobre el nacimiento, la vida o la muerte con las que construyeron los antiguos pueblos de México. Pone en juego su capacidad de convertirse en integrante de una cultura mesoamericana para exponer la razón y el sentido de los sacrificios rituales. 1er grado Desarrolla teóricamente el entramado de causas de diverso tipo que dieron lugar a la agricultura mesoamericana y el impacto civilizatorio de ésta en las sociedades que la practicaron. Reconoce el significado en su vida de la práctica histórica del cultivo del maíz como una consecuencia de larga duración. Reconstruye aspectos de la vida cotidiana en los ámbitos de la economía, la cultura, la sociedad y la política de los pueblos de Mesoamérica. Recopila información histórica sobre los pueblos aridoamericanos y oasisamericanos y la organiza en un friso cronológico. Compara el desarrollo histórico de pueblos originarios de Norteamérica y Sudamérica y comprende sus semejanzas y diferencias.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conformación de las metrópolis y los sistemas de dominación.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Formula preguntas, recopila información y comparte sus hallazgos en torno a los pueblos originarios de México: ¿Cuántos pueblos son? ¿Dónde están? ¿De dónde llegaron? ¿Cómo vivían antes? ¿Cómo viven ahora? ¿Qué permanece? ¿Qué cambió? ¿Se reconoce en él? Construye una línea del tiempo con la historia de algún pueblo originario que le sea entrañable. Indaga los orígenes de la población afromexicana, sus aportaciones sociales y a la cultura de nuestro país. Identifica representaciones asumidas de los pueblos indígenas y afromexicanos sobre el nacimiento, la vida, la muerte, la tierra, la naturaleza, el agua, el territorio en su comunidad. Investiga el arribo de otros pueblos del mundo a nuestro país a largo de la historia y lo expone a sus pares en la organización cronológica que considere más adecuada. 1er grado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gestas de resistencia y los movimientos independentistas.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Indaga sobre rebeliones y levantamientos de pueblos indígenas y afromexicanos en la historia de nuestro país y se acerca a comprender sus causas. 1er grado Emite juicios acerca de agravios o crímenes a los que han sido sujetos los pueblos indígenas y afromexicanos. 1er grado 1er grado 1er grado 1er grado 1er grado 1er grado 1er grado 1er grado 1er grado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 construcción histórica de las ideas sobre las juventudes e infancias.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las ideas y representaciones de las personas de acuerdo con su edad en diversos momentos históricos. Comprende los cambios y permanencias en las características y tareas que las sociedades asignan a las personas, de acuerdo con su edad. 1er grado Explica, con base en fuentes, las actividades asignadas a las personas según su edad en sociedades y momentos históricos diversos.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Movilidades humanas, migraciones y nuevos escenarios para la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procesos históricos relevantes en los que grupos humanos se desplazaron por los territorios a lo largo del tiempo. Explica procesos históricos relevantes en los que grupos humanos se desplazaron por territorios en periodos de tiempo de corta o larga duración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Amor, amistad, familias y relaciones entre las personas en la historia.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que la forma en la que las personas piensan y actúan en relación con el amor, la amistad y las familias se construye en la sociedad y cambia históricamente. 1er grado Explica los cambios que las concepciones sobre el amor, la amistad y las familias han tenido a lo largo del tiempo y en diversos contextos sociales y geográficos.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Las luchas de las mujeres por sus derechos.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los orígenes históricos de movimientos y organizaciones de mujeres en la lucha por la igualdad y el reconocimiento de sus derechos. Comprende los cambios y permanencias en las luchas de las mujeres por una vida igualitaria y libre de violencia. Analiza las causas de los movimientos feministas y reconoce el marco normativo nacional e internacional que protege los derechos de las mujeres.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Las mujeres y sus historias.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Revisa fuentes históricas para identificar la participación de las mujeres en la sociedad en diversos momentos históricos. Indaga sobre el protagonismo social de las mujeres en diferentes procesos históricos, para reconocer la relevancia de su participación. Contrasta fuentes históricas para identificar cambios y permanencias en la participación de las mujeres en diversos momentos históricos. Analiza los testimonios producidos por las mujeres en distintos momentos históricos. Argumenta las causas de los principales cambios históricos que ha tenido la participación social de las mujeres. Argumenta cómo el “deber ser” de las mujeres ha cambiado a través del tiempo.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Formación Cívica y Ética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Grupos sociales y culturales en la conformación de las identidades juveniles.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Valora la diversidad de grupos e identidades juveniles en la escuela y en la comunidad y fortalece el respeto a formas de ser, pensar y expresarse en el marco de los derechos humanos.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Normas, leyes, instituciones y organizaciones encargadas de proteger, defender y exigir la aplicación de los derechos humanos en la convivencia diaria.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Aprecia los beneficios de participar en la construcción y aplicación de normas y leyes para garantizar la convivencia y el ejercicio de los derechos humanos en la comunidad y el país.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El derecho a la salud y la prevención en el consumo de drogas.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que el consumo de drogas afecta el derecho a la dignidad y la salud de las personas, y demanda la aplicación de medidas que contribuyan a la prevención y protección.</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El conflicto en la convivencia humana desde la cultura de paz.</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Analiza distintos tipos de conflictos en sus espacios de convivencia, su estructura y formas de solucionarlos desde la cultura de paz como una oportunidad de crecimiento personal y social.</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Consecuencias de la desigualdad en la calidad de vida de las personas y comunidades.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las causas que dan origen a las diferencias en la calidad de vida de la población en México y el mundo y las compara con su derecho a la igualdad sustantiva y a una vida digna.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Principios éticos como referentes para un desarrollo sustentable.</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Reflexiona éticamente acerca de la relación de las comunidades con su contexto socionatural para impulsar acciones que promuevan el desarrollo sustentable, así como actitudes de cuidado y respeto a otros seres vivos.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Igualdad sustantiva en el marco de la interculturalidad, la inclusión y la perspectiva de género.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 interculturalidad y el respeto al derecho a la igualdad sustantiva para establecer relaciones incluyentes y respetuosas de la diversidad, rechazando la discriminación y el racismo.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derechos humanos en México y en el mundo como valores compartidos por las sociedades actuales.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Asume una postura crítica acerca de la vigencia de los derechos humanos como valores compartidos por distintas sociedades del mundo.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La cultura de paz y la creación de ambientes que garanticen el respeto a la vida y la dignidad del ser humano.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 influencia que tiene la cultura de paz en la convivencia escolar, familiar y comunitaria, para favorecer ambientes libres de discriminación y racismo.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Defensa del derecho al acceso a la protección de datos personales, a la información, la transparencia y la rendición de cuentas en un gobierno democrático.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Destaca la importancia de que las servidoras y los servidores públicos y representantes populares desempeñen sus 1er grado funciones con apego a la ley de manera honesta, transparente y limitada, utilizando los recursos públicos para beneficio de la sociedad.</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Personas, grupos y organizaciones a favor de la cultura de paz.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las acciones de personas, grupos u organizaciones en México a favor de la cultura de paz para promover ambientes libres de violencia.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Medidas de protección y mecanismos de denuncia en el rechazo a la violencia de género, sexual y la trata de personas.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situaciones de violencia escolar, de género, sexual y la trata de personas, con base en la perspectiva de género y demanda la aplicación de medidas de prevención y protección para garantizar el derecho a una vida libre de violencia.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Movimientos sociales y políticos por los derechos humanos en el mundo y en México.</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Asume una postura ética acerca de los movimientos sociales y políticos que originaron los derechos humanos en el mundo y su influencia en México.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Proyectos como un recurso para atender problemáticas de la comunidad desde una ciudadanía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Participa en actividades y proyectos en su entorno escolar y social, en donde aplica mecanismos de participación democrática y los rasgos de la ciudadanía responsable y crítica.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Principios y valores de la cultura democrática como forma de gobierno y de vida.</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Aprecia en los principios y valores de la democracia una forma de vida y de gobierno, para tomar decisiones que fortalezcan la convivencia en los espacios donde participa.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Instituciones, organizaciones y mecanismos de representación democrática.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Aprecia la función de las instituciones y organizaciones sociales y políticas, así como de los mecanismos de participación y representación ciudadana, que fortalecen la vida democrática.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2"/>
        <w:keepNext/>
      </w:pPr>
      <w:r>
        <w:rPr>
          <w:rFonts w:ascii="Arial" w:hAnsi="Arial"/>
          <w:b/>
          <w:i w:val="0"/>
          <w:color w:val="7447C8"/>
          <w:sz w:val="25"/>
        </w:rPr>
        <w:t>De lo Humano y lo Comunitario</w:t>
      </w:r>
    </w:p>
    <w:p>
      <w:pPr>
        <w:pStyle w:val="Heading3"/>
        <w:keepNext/>
      </w:pPr>
      <w:r>
        <w:rPr>
          <w:rFonts w:ascii="Arial" w:hAnsi="Arial"/>
          <w:b/>
          <w:i w:val="0"/>
          <w:color w:val="7447C8"/>
          <w:sz w:val="25"/>
        </w:rPr>
        <w:t>Tecnología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Comunicación y representación técnica.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Explora la importancia del lenguaje técnico y el consenso en su uso desde diferentes contextos, para proponer formas de representación y comunicar sus ideas.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Herramientas, máquinas e instrumentos, como extensión corporal, en la satisfacción continua de intereses y necesidades humanas.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las posibilidades corporales y la delegación de funciones en herramientas, máquinas, instrumentos y formas de organización para identificar sus funciones y procesos de cambio técnico, en la satisfacción de intereses y necesidades de diversas sociedades.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Contextualizado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Procesos técnicos.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Describe los elementos que interactúan en los sistemas técnicos (formas de organización, medios, materiales, energía, conocimientos, saberes, experiencias) para comprender su vínculo con la sociedad, la cultura y la naturaleza.</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Materiales, procesos técnicos y comunidad.</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Distingue el origen, transformación y características tecnológicas de los materiales que comparten técnicas similares, para utilizarlos desde una perspectiva local, eficiente y sustentable.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Usos e implicaciones de la energía en los procesos técnicos.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la función de la energía en los sistemas técnicos y sus implicaciones en el desarrollo tecnológico para la toma de decisiones responsables, que permitan prever y disminuir riesgos personales, sociales y naturales. 1er grado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estratégico y creativo en la resolución de problemas.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Analiza necesidades del entorno cercano para plantear un problema, investigar alternativas de solución y seleccionar la que mejor se adapte a los criterios y condiciones contextuales.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Evaluación de sistemas tecnológicos.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Comprende la importancia de la evaluación de los procesos como parte de la innovación y mejora continua, para el logro de la eficiencia, eficacia, fiabilidad y factibilidad de los sistemas técnicos.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Factores que inciden en los procesos técnicos.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Comprende la satisfacción de necesidades como la base de la creación e innovación técnica para reflexionar acerca de la influencia de intereses, prejuicios, estereotipos y aspiraciones, que favorecen o limitan la igualdad de oportunidades, en el desarrollo de procesos técnicos.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Socioemocional / Tutoría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Formas de ser, pensar, actuar y relacionarse.</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ideas, gustos, necesidades, posibilidades, intereses, deseos y experiencias, para favorecer el autoconocimiento y descubrimiento de nuevas potencialidades.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Educación Integral en Sexualidad.</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Identifica las dimensiones de la sexualidad: biológica, psicológica, social, cultural, entre otras, en distintos momentos de su vida, para establecer relaciones en favor del bienestar.</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Prevención de situaciones de riesgo.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Incorpora prácticas que inciden en la prevención de situaciones de riesgo ante accidentes, adicciones, formas de violencia y fenómenos naturales, para favorecer el desarrollo personal, familiar y comunitario, así como el cuidado del medio ambiente.</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Los sentimientos y su influencia en la toma de decisiones.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Distingue entre emociones, estados de ánimo y sentimientos como elementos que contribuyen a la construcción de relaciones afectivas inclusivas y equitativas. Reconoce que los sentimientos son resultado de las vivencias y la cultura.</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Construcción del proyecto de vida.</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Reconoce cambios presentes a lo largo de la vida y en la adolescencia para definir metas personales y en colectivo, a alcanzar en un corto, mediano y largo plazo. Valora metas individuales y de otras personas a partir de identificar situaciones y formas de actuar que las afectan, para favorecer su logro y el bienestar colectivo.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Educación Física</w:t>
      </w:r>
    </w:p>
    <w:p>
      <w:pPr>
        <w:pStyle w:val="Heading3"/>
        <w:keepNext/>
      </w:pPr>
      <w:r>
        <w:rPr>
          <w:rFonts w:ascii="Arial" w:hAnsi="Arial"/>
          <w:b/>
          <w:i w:val="0"/>
          <w:color w:val="7447C8"/>
          <w:sz w:val="25"/>
        </w:rPr>
        <w:t>Primer periodo · sep-nov</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Estilos de vida activos y saludables.</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Implementa acciones que le permiten mantenerse físicamente activo en diferentes momentos del día, para favorecer la práctica de estilos de vida saludables.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Capacidades, habilidades y destrezas motrices.</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Explora las capacidades, habilidades y destrezas motrices, para enriquecer y ampliar el potencial propio y de las demás personas.</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Segundo periodo · dic-mar</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Interacción motriz.</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Pone a prueba la interacción motriz en situaciones de juego, iniciación deportiva y deporte educativo, con el fin de alcanzar metas comunes y obtener satisfacción al colaborar con las demás personas.</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r>
        <w:tc>
          <w:tcPr>
            <w:tcW w:type="dxa" w:w="350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Potencialidades cognitivas, expresivas, motrices, creativas y de relación.</w:t>
            </w:r>
          </w:p>
        </w:tc>
        <w:tc>
          <w:tcPr>
            <w:tcW w:type="dxa" w:w="446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Pone en práctica los elementos de la condición física en actividades motrices y recreativas, para reconocerlas como alternativas que fomentan el bienestar individual y colectivo.</w:t>
            </w:r>
          </w:p>
        </w:tc>
        <w:tc>
          <w:tcPr>
            <w:tcW w:type="dxa" w:w="140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Sin ajustes</w:t>
            </w:r>
          </w:p>
        </w:tc>
      </w:tr>
    </w:tbl>
    <w:p>
      <w:pPr>
        <w:spacing w:after="20"/>
      </w:pPr>
    </w:p>
    <w:p>
      <w:pPr>
        <w:pStyle w:val="Heading3"/>
        <w:keepNext/>
      </w:pPr>
      <w:r>
        <w:rPr>
          <w:rFonts w:ascii="Arial" w:hAnsi="Arial"/>
          <w:b/>
          <w:i w:val="0"/>
          <w:color w:val="7447C8"/>
          <w:sz w:val="25"/>
        </w:rPr>
        <w:t>Tercer periodo · abr-jul</w:t>
      </w:r>
    </w:p>
    <w:tbl>
      <w:tblPr>
        <w:tblStyle w:val="TableGrid"/>
        <w:tblW w:type="dxa" w:w="9360"/>
        <w:jc w:val="center"/>
        <w:tblLayout w:type="fixed"/>
        <w:tblLook w:firstColumn="1" w:firstRow="1" w:lastColumn="0" w:lastRow="0" w:noHBand="0" w:noVBand="1" w:val="04A0"/>
      </w:tblPr>
      <w:tblGrid>
        <w:gridCol w:w="3500"/>
        <w:gridCol w:w="4460"/>
        <w:gridCol w:w="1400"/>
      </w:tblGrid>
      <w:tr>
        <w:tc>
          <w:tcPr>
            <w:tcW w:type="dxa" w:w="3500"/>
            <w:shd w:fill="7447C8"/>
            <w:tcMar>
              <w:top w:w="95" w:type="dxa"/>
              <w:start w:w="125" w:type="dxa"/>
              <w:bottom w:w="95" w:type="dxa"/>
              <w:end w:w="125" w:type="dxa"/>
            </w:tcMar>
            <w:vAlign w:val="center"/>
          </w:tcPr>
          <w:p>
            <w:pPr>
              <w:keepNext/>
              <w:jc w:val="center"/>
            </w:pPr>
            <w:r>
              <w:rPr>
                <w:rFonts w:ascii="Arial" w:hAnsi="Arial"/>
                <w:b/>
                <w:i w:val="0"/>
                <w:color w:val="FFFFFF"/>
                <w:sz w:val="18"/>
              </w:rPr>
              <w:t>Contenido del Programa Sintético</w:t>
            </w:r>
          </w:p>
        </w:tc>
        <w:tc>
          <w:tcPr>
            <w:tcW w:type="dxa" w:w="4460"/>
            <w:shd w:fill="7447C8"/>
            <w:tcMar>
              <w:top w:w="95" w:type="dxa"/>
              <w:start w:w="125" w:type="dxa"/>
              <w:bottom w:w="95" w:type="dxa"/>
              <w:end w:w="125" w:type="dxa"/>
            </w:tcMar>
            <w:vAlign w:val="center"/>
          </w:tcPr>
          <w:p>
            <w:pPr>
              <w:keepNext/>
              <w:jc w:val="center"/>
            </w:pPr>
            <w:r>
              <w:rPr>
                <w:rFonts w:ascii="Arial" w:hAnsi="Arial"/>
                <w:b/>
                <w:i w:val="0"/>
                <w:color w:val="FFFFFF"/>
                <w:sz w:val="18"/>
              </w:rPr>
              <w:t>PDA · primer grado</w:t>
            </w:r>
          </w:p>
        </w:tc>
        <w:tc>
          <w:tcPr>
            <w:tcW w:type="dxa" w:w="1400"/>
            <w:shd w:fill="7447C8"/>
            <w:tcMar>
              <w:top w:w="95" w:type="dxa"/>
              <w:start w:w="125" w:type="dxa"/>
              <w:bottom w:w="95" w:type="dxa"/>
              <w:end w:w="125" w:type="dxa"/>
            </w:tcMar>
            <w:vAlign w:val="center"/>
          </w:tcPr>
          <w:p>
            <w:pPr>
              <w:keepNext/>
              <w:jc w:val="center"/>
            </w:pPr>
            <w:r>
              <w:rPr>
                <w:rFonts w:ascii="Arial" w:hAnsi="Arial"/>
                <w:b/>
                <w:i w:val="0"/>
                <w:color w:val="FFFFFF"/>
                <w:sz w:val="18"/>
              </w:rPr>
              <w:t>Tratamiento</w:t>
            </w:r>
          </w:p>
        </w:tc>
      </w:tr>
      <w:tr>
        <w:tc>
          <w:tcPr>
            <w:tcW w:type="dxa" w:w="3500"/>
            <w:tcMar>
              <w:top w:w="95" w:type="dxa"/>
              <w:start w:w="125" w:type="dxa"/>
              <w:bottom w:w="95" w:type="dxa"/>
              <w:end w:w="125" w:type="dxa"/>
            </w:tcMar>
            <w:vAlign w:val="center"/>
          </w:tcPr>
          <w:p>
            <w:pPr>
              <w:spacing w:after="0" w:line="259" w:lineRule="auto"/>
            </w:pPr>
            <w:r>
              <w:rPr>
                <w:rFonts w:ascii="Arial" w:hAnsi="Arial"/>
                <w:b/>
                <w:i w:val="0"/>
                <w:color w:val="263238"/>
                <w:sz w:val="18"/>
              </w:rPr>
              <w:t>Pensamiento lúdico, estratégico y creativo.</w:t>
            </w:r>
          </w:p>
        </w:tc>
        <w:tc>
          <w:tcPr>
            <w:tcW w:type="dxa" w:w="4460"/>
            <w:tcMar>
              <w:top w:w="95" w:type="dxa"/>
              <w:start w:w="125" w:type="dxa"/>
              <w:bottom w:w="95" w:type="dxa"/>
              <w:end w:w="125" w:type="dxa"/>
            </w:tcMar>
            <w:vAlign w:val="center"/>
          </w:tcPr>
          <w:p>
            <w:pPr>
              <w:spacing w:after="0" w:line="259" w:lineRule="auto"/>
            </w:pPr>
            <w:r>
              <w:rPr>
                <w:rFonts w:ascii="Arial" w:hAnsi="Arial"/>
                <w:b w:val="0"/>
                <w:i w:val="0"/>
                <w:color w:val="263238"/>
                <w:sz w:val="18"/>
              </w:rPr>
              <w:t>Toma decisiones individuales y colectivas en situaciones de juego (defensivas u ofensivas), con el propósito de valorar su efectividad. 1er grado</w:t>
            </w:r>
          </w:p>
        </w:tc>
        <w:tc>
          <w:tcPr>
            <w:tcW w:type="dxa" w:w="1400"/>
            <w:tcMar>
              <w:top w:w="95" w:type="dxa"/>
              <w:start w:w="125" w:type="dxa"/>
              <w:bottom w:w="95" w:type="dxa"/>
              <w:end w:w="125" w:type="dxa"/>
            </w:tcMar>
            <w:vAlign w:val="center"/>
          </w:tcPr>
          <w:p>
            <w:pPr>
              <w:spacing w:after="0" w:line="259" w:lineRule="auto"/>
            </w:pPr>
            <w:r>
              <w:rPr>
                <w:rFonts w:ascii="Arial" w:hAnsi="Arial"/>
                <w:b w:val="0"/>
                <w:i w:val="0"/>
                <w:color w:val="263238"/>
                <w:sz w:val="18"/>
              </w:rPr>
              <w:t>Sin ajustes</w:t>
            </w:r>
          </w:p>
        </w:tc>
      </w:tr>
    </w:tbl>
    <w:p>
      <w:pPr>
        <w:spacing w:after="20"/>
      </w:pPr>
    </w:p>
    <w:p>
      <w:pPr>
        <w:pStyle w:val="Heading1"/>
        <w:keepNext/>
      </w:pPr>
      <w:r>
        <w:rPr>
          <w:rFonts w:ascii="Arial" w:hAnsi="Arial"/>
          <w:b/>
          <w:i w:val="0"/>
          <w:color w:val="16B6C8"/>
          <w:sz w:val="30"/>
        </w:rPr>
        <w:t>Acuerdos generales para su implementación</w:t>
      </w:r>
    </w:p>
    <w:tbl>
      <w:tblPr>
        <w:tblStyle w:val="TableGrid"/>
        <w:tblW w:type="dxa" w:w="9360"/>
        <w:jc w:val="center"/>
        <w:tblLayout w:type="fixed"/>
        <w:tblLook w:firstColumn="1" w:firstRow="1" w:lastColumn="0" w:lastRow="0" w:noHBand="0" w:noVBand="1" w:val="04A0"/>
      </w:tblPr>
      <w:tblGrid>
        <w:gridCol w:w="2850"/>
        <w:gridCol w:w="6510"/>
      </w:tblGrid>
      <w:tr>
        <w:tc>
          <w:tcPr>
            <w:tcW w:type="dxa" w:w="2850"/>
            <w:shd w:fill="7447C8"/>
            <w:tcMar>
              <w:top w:w="95" w:type="dxa"/>
              <w:start w:w="125" w:type="dxa"/>
              <w:bottom w:w="95" w:type="dxa"/>
              <w:end w:w="125" w:type="dxa"/>
            </w:tcMar>
            <w:vAlign w:val="center"/>
          </w:tcPr>
          <w:p>
            <w:pPr>
              <w:keepNext/>
              <w:jc w:val="center"/>
            </w:pPr>
            <w:r>
              <w:rPr>
                <w:rFonts w:ascii="Arial" w:hAnsi="Arial"/>
                <w:b/>
                <w:i w:val="0"/>
                <w:color w:val="FFFFFF"/>
                <w:sz w:val="18"/>
              </w:rPr>
              <w:t>Aspecto</w:t>
            </w:r>
          </w:p>
        </w:tc>
        <w:tc>
          <w:tcPr>
            <w:tcW w:type="dxa" w:w="6510"/>
            <w:shd w:fill="7447C8"/>
            <w:tcMar>
              <w:top w:w="95" w:type="dxa"/>
              <w:start w:w="125" w:type="dxa"/>
              <w:bottom w:w="95" w:type="dxa"/>
              <w:end w:w="125" w:type="dxa"/>
            </w:tcMar>
            <w:vAlign w:val="center"/>
          </w:tcPr>
          <w:p>
            <w:pPr>
              <w:keepNext/>
              <w:jc w:val="center"/>
            </w:pPr>
            <w:r>
              <w:rPr>
                <w:rFonts w:ascii="Arial" w:hAnsi="Arial"/>
                <w:b/>
                <w:i w:val="0"/>
                <w:color w:val="FFFFFF"/>
                <w:sz w:val="18"/>
              </w:rPr>
              <w:t>Acuerdo</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Abordaje</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Seleccionar metodologías y recursos según el Contenido, el PDA y las características del grupo.</w:t>
            </w:r>
          </w:p>
        </w:tc>
      </w:tr>
      <w:tr>
        <w:tc>
          <w:tcPr>
            <w:tcW w:type="dxa" w:w="2850"/>
            <w:tcMar>
              <w:top w:w="95" w:type="dxa"/>
              <w:start w:w="125" w:type="dxa"/>
              <w:bottom w:w="95" w:type="dxa"/>
              <w:end w:w="125" w:type="dxa"/>
            </w:tcMar>
            <w:vAlign w:val="center"/>
            <w:shd w:fill="F5F8F8"/>
          </w:tcPr>
          <w:p>
            <w:pPr>
              <w:keepNext/>
              <w:spacing w:after="0" w:line="259" w:lineRule="auto"/>
            </w:pPr>
            <w:r>
              <w:rPr>
                <w:rFonts w:ascii="Arial" w:hAnsi="Arial"/>
                <w:b/>
                <w:i w:val="0"/>
                <w:color w:val="263238"/>
                <w:sz w:val="18"/>
              </w:rPr>
              <w:t>Integración curricular</w:t>
            </w:r>
          </w:p>
        </w:tc>
        <w:tc>
          <w:tcPr>
            <w:tcW w:type="dxa" w:w="6510"/>
            <w:tcMar>
              <w:top w:w="95" w:type="dxa"/>
              <w:start w:w="125" w:type="dxa"/>
              <w:bottom w:w="95" w:type="dxa"/>
              <w:end w:w="125" w:type="dxa"/>
            </w:tcMar>
            <w:vAlign w:val="center"/>
            <w:shd w:fill="F5F8F8"/>
          </w:tcPr>
          <w:p>
            <w:pPr>
              <w:keepNext/>
              <w:spacing w:after="0" w:line="259" w:lineRule="auto"/>
            </w:pPr>
            <w:r>
              <w:rPr>
                <w:rFonts w:ascii="Arial" w:hAnsi="Arial"/>
                <w:b w:val="0"/>
                <w:i w:val="0"/>
                <w:color w:val="263238"/>
                <w:sz w:val="18"/>
              </w:rPr>
              <w:t>Relacionar Campos y Ejes articuladores solo cuando la vinculación sea pertinente.</w:t>
            </w:r>
          </w:p>
        </w:tc>
      </w:tr>
      <w:tr>
        <w:tc>
          <w:tcPr>
            <w:tcW w:type="dxa" w:w="2850"/>
            <w:tcMar>
              <w:top w:w="95" w:type="dxa"/>
              <w:start w:w="125" w:type="dxa"/>
              <w:bottom w:w="95" w:type="dxa"/>
              <w:end w:w="125" w:type="dxa"/>
            </w:tcMar>
            <w:vAlign w:val="center"/>
          </w:tcPr>
          <w:p>
            <w:pPr>
              <w:keepNext/>
              <w:spacing w:after="0" w:line="259" w:lineRule="auto"/>
            </w:pPr>
            <w:r>
              <w:rPr>
                <w:rFonts w:ascii="Arial" w:hAnsi="Arial"/>
                <w:b/>
                <w:i w:val="0"/>
                <w:color w:val="263238"/>
                <w:sz w:val="18"/>
              </w:rPr>
              <w:t>Evaluación formativa</w:t>
            </w:r>
          </w:p>
        </w:tc>
        <w:tc>
          <w:tcPr>
            <w:tcW w:type="dxa" w:w="6510"/>
            <w:tcMar>
              <w:top w:w="95" w:type="dxa"/>
              <w:start w:w="125" w:type="dxa"/>
              <w:bottom w:w="95" w:type="dxa"/>
              <w:end w:w="125" w:type="dxa"/>
            </w:tcMar>
            <w:vAlign w:val="center"/>
          </w:tcPr>
          <w:p>
            <w:pPr>
              <w:keepNext/>
              <w:spacing w:after="0" w:line="259" w:lineRule="auto"/>
            </w:pPr>
            <w:r>
              <w:rPr>
                <w:rFonts w:ascii="Arial" w:hAnsi="Arial"/>
                <w:b w:val="0"/>
                <w:i w:val="0"/>
                <w:color w:val="263238"/>
                <w:sz w:val="18"/>
              </w:rPr>
              <w:t>Recuperar evidencias, retroalimentar y ajustar la intervención y la secuencia cuando sea necesario.</w:t>
            </w:r>
          </w:p>
        </w:tc>
      </w:tr>
      <w:tr>
        <w:tc>
          <w:tcPr>
            <w:tcW w:type="dxa" w:w="2850"/>
            <w:tcMar>
              <w:top w:w="95" w:type="dxa"/>
              <w:start w:w="125" w:type="dxa"/>
              <w:bottom w:w="95" w:type="dxa"/>
              <w:end w:w="125" w:type="dxa"/>
            </w:tcMar>
            <w:vAlign w:val="center"/>
            <w:shd w:fill="F5F8F8"/>
          </w:tcPr>
          <w:p>
            <w:pPr>
              <w:spacing w:after="0" w:line="259" w:lineRule="auto"/>
            </w:pPr>
            <w:r>
              <w:rPr>
                <w:rFonts w:ascii="Arial" w:hAnsi="Arial"/>
                <w:b/>
                <w:i w:val="0"/>
                <w:color w:val="263238"/>
                <w:sz w:val="18"/>
              </w:rPr>
              <w:t>Revisión</w:t>
            </w:r>
          </w:p>
        </w:tc>
        <w:tc>
          <w:tcPr>
            <w:tcW w:type="dxa" w:w="6510"/>
            <w:tcMar>
              <w:top w:w="95" w:type="dxa"/>
              <w:start w:w="125" w:type="dxa"/>
              <w:bottom w:w="95" w:type="dxa"/>
              <w:end w:w="125" w:type="dxa"/>
            </w:tcMar>
            <w:vAlign w:val="center"/>
            <w:shd w:fill="F5F8F8"/>
          </w:tcPr>
          <w:p>
            <w:pPr>
              <w:spacing w:after="0" w:line="259" w:lineRule="auto"/>
            </w:pPr>
            <w:r>
              <w:rPr>
                <w:rFonts w:ascii="Arial" w:hAnsi="Arial"/>
                <w:b w:val="0"/>
                <w:i w:val="0"/>
                <w:color w:val="263238"/>
                <w:sz w:val="18"/>
              </w:rPr>
              <w:t>Al cierre de cada periodo, registrar avances, aspectos por retomar y ajustes acordados por el colectivo.</w:t>
            </w:r>
          </w:p>
        </w:tc>
      </w:tr>
    </w:tbl>
    <w:p>
      <w:pPr>
        <w:spacing w:after="20"/>
      </w:pPr>
    </w:p>
    <w:p>
      <w:pPr>
        <w:pStyle w:val="Heading1"/>
        <w:keepNext/>
      </w:pPr>
      <w:r>
        <w:rPr>
          <w:rFonts w:ascii="Arial" w:hAnsi="Arial"/>
          <w:b/>
          <w:i w:val="0"/>
          <w:color w:val="16B6C8"/>
          <w:sz w:val="30"/>
        </w:rPr>
        <w:t>Referentes consultados</w:t>
      </w:r>
    </w:p>
    <w:p>
      <w:pPr>
        <w:pStyle w:val="ListBullet"/>
        <w:keepNext/>
        <w:spacing w:after="100"/>
      </w:pPr>
      <w:hyperlink r:id="rId12">
        <w:r>
          <w:rPr>
            <w:color w:val="16B6C8"/>
            <w:u w:val="single"/>
          </w:rPr>
          <w:t>Orientaciones para la Fase Intensiva del Consejo Técnico Escolar. Ciclo escolar 2026-2027</w:t>
        </w:r>
      </w:hyperlink>
    </w:p>
    <w:p>
      <w:pPr>
        <w:pStyle w:val="ListBullet"/>
        <w:keepNext/>
        <w:spacing w:after="100"/>
      </w:pPr>
      <w:hyperlink r:id="rId13">
        <w:r>
          <w:rPr>
            <w:color w:val="16B6C8"/>
            <w:u w:val="single"/>
          </w:rPr>
          <w:t>Plan de Estudio para la Educación Preescolar, Primaria y Secundaria 2022</w:t>
        </w:r>
      </w:hyperlink>
    </w:p>
    <w:p>
      <w:pPr>
        <w:pStyle w:val="ListBullet"/>
        <w:keepNext/>
        <w:spacing w:after="100"/>
      </w:pPr>
      <w:hyperlink r:id="rId14">
        <w:r>
          <w:rPr>
            <w:color w:val="16B6C8"/>
            <w:u w:val="single"/>
          </w:rPr>
          <w:t>Programa Analítico. Tema 2. Consejo Técnico Escolar. Ciclo escolar 2025-2026</w:t>
        </w:r>
      </w:hyperlink>
    </w:p>
    <w:p>
      <w:pPr>
        <w:pStyle w:val="ListBullet"/>
        <w:keepNext/>
        <w:spacing w:after="100"/>
      </w:pPr>
      <w:hyperlink r:id="rId15">
        <w:r>
          <w:rPr>
            <w:color w:val="16B6C8"/>
            <w:u w:val="single"/>
          </w:rPr>
          <w:t>Programas Sintéticos de las Fases 2 a 6</w:t>
        </w:r>
      </w:hyperlink>
    </w:p>
    <w:p>
      <w:pPr>
        <w:pStyle w:val="ListBullet"/>
        <w:keepNext/>
        <w:spacing w:after="100"/>
      </w:pPr>
      <w:hyperlink r:id="rId16">
        <w:r>
          <w:rPr>
            <w:color w:val="16B6C8"/>
            <w:u w:val="single"/>
          </w:rPr>
          <w:t>Programa Sintético Fase 6</w:t>
        </w:r>
      </w:hyperlink>
    </w:p>
    <w:tbl>
      <w:tblPr>
        <w:tblW w:type="dxa" w:w="9360"/>
        <w:jc w:val="center"/>
        <w:tblLayout w:type="fixed"/>
        <w:tblLook w:firstColumn="1" w:firstRow="1" w:lastColumn="0" w:lastRow="0" w:noHBand="0" w:noVBand="1" w:val="04A0"/>
      </w:tblPr>
      <w:tblGrid>
        <w:gridCol w:w="9360"/>
      </w:tblGrid>
      <w:tr>
        <w:tc>
          <w:tcPr>
            <w:tcW w:type="dxa" w:w="9360"/>
            <w:shd w:fill="EAF8FA"/>
            <w:tcMar>
              <w:top w:w="130" w:type="dxa"/>
              <w:start w:w="160" w:type="dxa"/>
              <w:bottom w:w="130" w:type="dxa"/>
              <w:end w:w="160" w:type="dxa"/>
            </w:tcMar>
          </w:tcPr>
          <w:p>
            <w:r>
              <w:rPr>
                <w:rFonts w:ascii="Arial" w:hAnsi="Arial"/>
                <w:b/>
                <w:i w:val="0"/>
                <w:color w:val="79A61F"/>
                <w:sz w:val="20"/>
              </w:rPr>
              <w:t xml:space="preserve">Sugerencia de uso: </w:t>
            </w:r>
            <w:r>
              <w:rPr>
                <w:rFonts w:ascii="Arial" w:hAnsi="Arial"/>
                <w:b w:val="0"/>
                <w:i w:val="0"/>
                <w:color w:val="263238"/>
                <w:sz w:val="20"/>
              </w:rPr>
              <w:t>Para fortalecer el Programa Analítico, se sugiere revisar y contrastar este material con el Programa Sintético correspondiente, así como enriquecerlo mediante el diálogo y la deliberación del colectivo docente, considerando las características y necesidades de su contexto.</w:t>
            </w:r>
          </w:p>
        </w:tc>
      </w:tr>
    </w:tbl>
    <w:p>
      <w:pPr>
        <w:spacing w:after="20"/>
      </w:pPr>
    </w:p>
    <w:p>
      <w:pPr>
        <w:pageBreakBefore/>
        <w:spacing w:before="480"/>
        <w:jc w:val="center"/>
      </w:pPr>
      <w:r>
        <w:rPr>
          <w:rFonts w:ascii="Arial" w:hAnsi="Arial"/>
          <w:b/>
          <w:i w:val="0"/>
          <w:color w:val="7447C8"/>
          <w:sz w:val="44"/>
        </w:rPr>
        <w:t>¡Gracias por su atención!</w:t>
      </w:r>
    </w:p>
    <w:p>
      <w:pPr>
        <w:spacing w:after="140"/>
        <w:jc w:val="center"/>
      </w:pPr>
      <w:r>
        <w:rPr>
          <w:rFonts w:ascii="Arial" w:hAnsi="Arial"/>
          <w:b/>
          <w:i w:val="0"/>
          <w:color w:val="16B6C8"/>
          <w:sz w:val="30"/>
        </w:rPr>
        <w:t>¿Quieres tener todo listo para tus clases?</w:t>
      </w:r>
    </w:p>
    <w:p>
      <w:pPr>
        <w:jc w:val="center"/>
      </w:pPr>
      <w:r>
        <w:drawing>
          <wp:inline xmlns:a="http://schemas.openxmlformats.org/drawingml/2006/main" xmlns:pic="http://schemas.openxmlformats.org/drawingml/2006/picture">
            <wp:extent cx="2606040" cy="1737360"/>
            <wp:docPr id="6" name="Picture 6"/>
            <wp:cNvGraphicFramePr>
              <a:graphicFrameLocks noChangeAspect="1"/>
            </wp:cNvGraphicFramePr>
            <a:graphic>
              <a:graphicData uri="http://schemas.openxmlformats.org/drawingml/2006/picture">
                <pic:pic>
                  <pic:nvPicPr>
                    <pic:cNvPr id="0" name="exec-d78c7183-e2ad-4c1c-a672-33767a893f3d.png"/>
                    <pic:cNvPicPr/>
                  </pic:nvPicPr>
                  <pic:blipFill>
                    <a:blip r:embed="rId23"/>
                    <a:stretch>
                      <a:fillRect/>
                    </a:stretch>
                  </pic:blipFill>
                  <pic:spPr>
                    <a:xfrm>
                      <a:off x="0" y="0"/>
                      <a:ext cx="2606040" cy="1737360"/>
                    </a:xfrm>
                    <a:prstGeom prst="rect"/>
                  </pic:spPr>
                </pic:pic>
              </a:graphicData>
            </a:graphic>
          </wp:inline>
        </w:drawing>
      </w:r>
    </w:p>
    <w:p>
      <w:pPr>
        <w:spacing w:after="120"/>
        <w:jc w:val="center"/>
      </w:pPr>
      <w:r>
        <w:rPr>
          <w:rFonts w:ascii="Arial" w:hAnsi="Arial"/>
          <w:b/>
          <w:i w:val="0"/>
          <w:color w:val="263238"/>
          <w:sz w:val="22"/>
        </w:rPr>
        <w:t>Únete a la membresía Docentes al Día y encuentra:</w:t>
      </w:r>
    </w:p>
    <w:p>
      <w:pPr>
        <w:pStyle w:val="ListBullet"/>
        <w:spacing w:after="40"/>
        <w:ind w:left="1699" w:hanging="259"/>
      </w:pPr>
      <w:r>
        <w:rPr>
          <w:rFonts w:ascii="Arial" w:hAnsi="Arial"/>
          <w:b w:val="0"/>
          <w:i w:val="0"/>
          <w:color w:val="263238"/>
          <w:sz w:val="19"/>
        </w:rPr>
        <w:t>Materiales ilimitados y cuadernillos listos para tus clases.</w:t>
      </w:r>
    </w:p>
    <w:p>
      <w:pPr>
        <w:pStyle w:val="ListBullet"/>
        <w:spacing w:after="40"/>
        <w:ind w:left="1699" w:hanging="259"/>
      </w:pPr>
      <w:r>
        <w:rPr>
          <w:rFonts w:ascii="Arial" w:hAnsi="Arial"/>
          <w:b w:val="0"/>
          <w:i w:val="0"/>
          <w:color w:val="263238"/>
          <w:sz w:val="19"/>
        </w:rPr>
        <w:t>Planeaciones y programas analíticos con diseño premium.</w:t>
      </w:r>
    </w:p>
    <w:p>
      <w:pPr>
        <w:pStyle w:val="ListBullet"/>
        <w:spacing w:after="40"/>
        <w:ind w:left="1699" w:hanging="259"/>
      </w:pPr>
      <w:r>
        <w:rPr>
          <w:rFonts w:ascii="Arial" w:hAnsi="Arial"/>
          <w:b w:val="0"/>
          <w:i w:val="0"/>
          <w:color w:val="263238"/>
          <w:sz w:val="19"/>
        </w:rPr>
        <w:t>Recursos para CTE, evaluación y organización docente.</w:t>
      </w:r>
    </w:p>
    <w:p>
      <w:pPr>
        <w:pStyle w:val="ListBullet"/>
        <w:spacing w:after="40"/>
        <w:ind w:left="1699" w:hanging="259"/>
      </w:pPr>
      <w:r>
        <w:rPr>
          <w:rFonts w:ascii="Arial" w:hAnsi="Arial"/>
          <w:b w:val="0"/>
          <w:i w:val="0"/>
          <w:color w:val="263238"/>
          <w:sz w:val="19"/>
        </w:rPr>
        <w:t>Herramientas con inteligencia artificial que facilitan tu trabajo.</w:t>
      </w:r>
    </w:p>
    <w:p>
      <w:pPr>
        <w:spacing w:before="140" w:after="100"/>
        <w:jc w:val="center"/>
      </w:pPr>
      <w:r>
        <w:rPr>
          <w:rFonts w:ascii="Arial" w:hAnsi="Arial"/>
          <w:b/>
          <w:i w:val="0"/>
          <w:color w:val="79A61F"/>
          <w:sz w:val="24"/>
        </w:rPr>
        <w:t>Todo para tus clases, más tiempo para ti.</w:t>
      </w:r>
    </w:p>
    <w:p>
      <w:pPr>
        <w:jc w:val="center"/>
      </w:pPr>
      <w:r>
        <w:rPr>
          <w:rFonts w:ascii="Arial" w:hAnsi="Arial"/>
          <w:b/>
          <w:i w:val="0"/>
          <w:color w:val="7447C8"/>
          <w:sz w:val="21"/>
          <w:u w:val="single"/>
        </w:rPr>
        <w:t xml:space="preserve">Regístrate aquí: </w:t>
      </w:r>
      <w:hyperlink r:id="rId20">
        <w:r>
          <w:rPr/>
          <w:t>https://docentesaldia.com/precios-membresias/</w:t>
        </w:r>
      </w:hyperlink>
    </w:p>
    <w:sectPr w:rsidR="00FC693F" w:rsidRPr="0006063C" w:rsidSect="00034616">
      <w:headerReference w:type="default" r:id="rId9"/>
      <w:footerReference w:type="default" r:id="rId10"/>
      <w:pgSz w:w="12240" w:h="15840"/>
      <w:pgMar w:top="1094" w:right="1123" w:bottom="1037" w:left="1123"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8757D"/>
        <w:sz w:val="14"/>
      </w:rPr>
      <w:t xml:space="preserve">© 2026 Docentes al Día · Material de apoyo docente · Todos los derechos reservados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7447C8"/>
        <w:sz w:val="15"/>
      </w:rPr>
      <w:t xml:space="preserve">DOCENTES AL DÍA · PROGRAMA ANALÍTICO · CICLO ESCOLAR 2026-2027  </w:t>
    </w:r>
    <w:r>
      <w:drawing>
        <wp:inline xmlns:a="http://schemas.openxmlformats.org/drawingml/2006/main" xmlns:pic="http://schemas.openxmlformats.org/drawingml/2006/picture">
          <wp:extent cx="274320" cy="30861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74320" cy="30861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6323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6B6C8"/>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7447C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2632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30"/>
      <w:contextualSpacing/>
    </w:pPr>
    <w:rPr>
      <w:rFonts w:ascii="Arial" w:hAnsi="Arial"/>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gestion.cte.sep.gob.mx/insumos/docs/2627_s0_orientaciones_docentes.pdf" TargetMode="External"/><Relationship Id="rId13" Type="http://schemas.openxmlformats.org/officeDocument/2006/relationships/hyperlink" Target="https://educacionbasica.sep.gob.mx/wp-content/uploads/2024/06/Plan-de-Estudio-ISBN-ELECTRONICO.pdf" TargetMode="External"/><Relationship Id="rId14" Type="http://schemas.openxmlformats.org/officeDocument/2006/relationships/hyperlink" Target="https://gestion.cte.sep.gob.mx/insumos/docs/2526_s2_t2_orgcompleta_insumo1.pdf" TargetMode="External"/><Relationship Id="rId15" Type="http://schemas.openxmlformats.org/officeDocument/2006/relationships/hyperlink" Target="https://educacionbasica.sep.gob.mx/programas-de-estudio-para-la-educacion-preescolar-primaria-y-secundaria-programas-sinteticos-de-las-fases-2-a-6/" TargetMode="External"/><Relationship Id="rId16" Type="http://schemas.openxmlformats.org/officeDocument/2006/relationships/hyperlink" Target="https://educacionbasica.sep.gob.mx/wp-content/uploads/2024/06/Programa_Sintetico_Fase_6.pdf" TargetMode="External"/><Relationship Id="rId17" Type="http://schemas.openxmlformats.org/officeDocument/2006/relationships/image" Target="media/image2.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hyperlink" Target="https://docentesaldia.com/precios-membresias/" TargetMode="External"/><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Analitico Fase 6 Primero Secundaria 2026 2027 Gratuito</dc:title>
  <dc:subject>Programa Analítico · Ciclo escolar 2026-2027</dc:subject>
  <dc:creator>Docentes al Día</dc:creator>
  <cp:keywords/>
  <dc:description>generated by python-docx</dc:description>
  <cp:lastModifiedBy/>
  <cp:revision>1</cp:revision>
  <dcterms:created xsi:type="dcterms:W3CDTF">2013-12-23T23:15:00Z</dcterms:created>
  <dcterms:modified xsi:type="dcterms:W3CDTF">2013-12-23T23:15:00Z</dcterms:modified>
  <cp:category/>
</cp:coreProperties>
</file>