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TELESECUNDARIA</w:t>
      </w:r>
    </w:p>
    <w:p>
      <w:pPr>
        <w:spacing w:after="160" w:line="269" w:lineRule="auto"/>
        <w:jc w:val="center"/>
      </w:pPr>
      <w:r>
        <w:rPr>
          <w:rFonts w:ascii="Arial" w:hAnsi="Arial"/>
          <w:b/>
          <w:i w:val="0"/>
          <w:color w:val="16B6C8"/>
          <w:sz w:val="32"/>
        </w:rPr>
        <w:t>Primer grado · Fase 6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154680" cy="4732020"/>
            <wp:docPr id="3" name="Picture 3"/>
            <wp:cNvGraphicFramePr>
              <a:graphicFrameLocks noChangeAspect="1"/>
            </wp:cNvGraphicFramePr>
            <a:graphic>
              <a:graphicData uri="http://schemas.openxmlformats.org/drawingml/2006/picture">
                <pic:pic>
                  <pic:nvPicPr>
                    <pic:cNvPr id="0" name="exec-ec65c5d2-1512-4ab4-bc48-514468789ebf.png"/>
                    <pic:cNvPicPr/>
                  </pic:nvPicPr>
                  <pic:blipFill>
                    <a:blip r:embed="rId18"/>
                    <a:stretch>
                      <a:fillRect/>
                    </a:stretch>
                  </pic:blipFill>
                  <pic:spPr>
                    <a:xfrm>
                      <a:off x="0" y="0"/>
                      <a:ext cx="3154680" cy="4732020"/>
                    </a:xfrm>
                    <a:prstGeom prst="rect"/>
                  </pic:spPr>
                </pic:pic>
              </a:graphicData>
            </a:graphic>
          </wp:inline>
        </w:drawing>
      </w:r>
    </w:p>
    <w:p>
      <w:pPr>
        <w:spacing w:after="100" w:line="269" w:lineRule="auto"/>
        <w:jc w:val="center"/>
      </w:pPr>
      <w:r>
        <w:rPr>
          <w:rFonts w:ascii="Arial" w:hAnsi="Arial"/>
          <w:b w:val="0"/>
          <w:i/>
          <w:color w:val="68757D"/>
          <w:sz w:val="21"/>
        </w:rPr>
        <w:t>Material flexible y adaptable a la realidad de cada telesecundaria.</w:t>
      </w:r>
    </w:p>
    <w:p>
      <w:pPr>
        <w:spacing w:after="100" w:line="269" w:lineRule="auto"/>
        <w:jc w:val="center"/>
      </w:pPr>
      <w:r>
        <w:rPr>
          <w:rFonts w:ascii="Arial" w:hAnsi="Arial"/>
          <w:b w:val="0"/>
          <w:i/>
          <w:color w:val="68757D"/>
          <w:sz w:val="17"/>
        </w:rPr>
        <w:t>Se recomienda revisar, contextualizar y enriquecer este material mediante el trabajo colegiado.</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16B6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Escuela Telesecundaria “José María Morelos y Pavón”</w:t>
            </w:r>
          </w:p>
        </w:tc>
      </w:tr>
      <w:tr>
        <w:tc>
          <w:tcPr>
            <w:tcW w:type="dxa" w:w="27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Telesecundaria</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6 · Primer grado</w:t>
            </w:r>
          </w:p>
        </w:tc>
      </w:tr>
      <w:tr>
        <w:tc>
          <w:tcPr>
            <w:tcW w:type="dxa" w:w="27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28 estudiantes.</w:t>
            </w:r>
          </w:p>
        </w:tc>
      </w:tr>
      <w:tr>
        <w:tc>
          <w:tcPr>
            <w:tcW w:type="dxa" w:w="27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Comunidad rural o semi-rural con diversidad de saberes, actividades productivas y trayectorias familiares; conectividad intermitente y organización de telesecundaria en la que el docente articula el trabajo de las disciplinas con apoyo de materiales impresos y audiovisuales.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PRIMER PLANO · Lectura de la realidad</w:t>
              <w:br/>
              <w:t>Reconocemos las condiciones del grupo, la comunidad y la modalidad de telesecundaria que orientan este Programa Analítico.</w:t>
              <w:br/>
              <w:t>Orientaciones: páginas 16-19</w:t>
            </w:r>
            <w:r>
              <w:rPr>
                <w:rFonts w:ascii="Arial" w:hAnsi="Arial"/>
                <w:b/>
                <w:i w:val="0"/>
                <w:color w:val="FFFFFF"/>
                <w:sz w:val="21"/>
              </w:rPr>
            </w:r>
            <w:r>
              <w:rPr>
                <w:rFonts w:ascii="Arial" w:hAnsi="Arial"/>
                <w:b w:val="0"/>
                <w:i/>
                <w:color w:val="FFFFFF"/>
                <w:sz w:val="18"/>
              </w:rPr>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Vinculación con las Orientaciones: La lectura de la realidad integra las características del alumnado, la organización del servicio, la disponibilidad de materiales impresos y audiovisuales, la conectividad y los saberes de la comunidad.</w:t>
            </w:r>
            <w:r>
              <w:rPr>
                <w:rFonts w:ascii="Arial" w:hAnsi="Arial"/>
                <w:b w:val="0"/>
                <w:i w:val="0"/>
                <w:color w:val="263238"/>
                <w:sz w:val="20"/>
              </w:rPr>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16B6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16B6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16B6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grupo</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conocer la modalidad, usar recursos audiovisuales y participar en actividades prácticas; niveles diversos de comprensión lectora, comunicación y razonamiento matemático propios de la transición a secundaria.</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Evaluación diagnóstica, producciones, diálogo y observación.</w:t>
            </w:r>
          </w:p>
        </w:tc>
      </w:tr>
      <w:tr>
        <w:tc>
          <w:tcPr>
            <w:tcW w:type="dxa" w:w="28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Aula y escuela</w:t>
            </w:r>
          </w:p>
        </w:tc>
        <w:tc>
          <w:tcPr>
            <w:tcW w:type="dxa" w:w="45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 grupo trabaja con acompañamiento docente integral; dispone de pantalla o televisión, libros de texto, cuadernos y algunos dispositivos compartidos. La conectividad no siempre es estable.</w:t>
            </w:r>
          </w:p>
        </w:tc>
        <w:tc>
          <w:tcPr>
            <w:tcW w:type="dxa" w:w="20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Observación, inventario de recursos y registros escolares.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Existen saberes agrícolas, comerciales, artesanales y de cuidado; las distancias, el transporte, el trabajo familiar o la migración pueden influir en asistencia y participación.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Entrevistas, reuniones, recorridos y testimonios.</w:t>
            </w:r>
          </w:p>
        </w:tc>
      </w:tr>
      <w:tr>
        <w:tc>
          <w:tcPr>
            <w:tcW w:type="dxa" w:w="28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Materiales de telesecundaria, recursos audiovisuales y saberes comunitarios disponibles para los proyectos.</w:t>
            </w:r>
          </w:p>
        </w:tc>
        <w:tc>
          <w:tcPr>
            <w:tcW w:type="dxa" w:w="20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Mapeo de recursos y acuerdos con la comunidad.</w:t>
            </w:r>
          </w:p>
        </w:tc>
      </w:tr>
    </w:tbl>
    <w:p>
      <w:pPr>
        <w:spacing w:after="20"/>
      </w:pPr>
    </w:p>
    <w:p>
      <w:pPr>
        <w:pStyle w:val="Heading2"/>
        <w:keepNext/>
      </w:pPr>
      <w:r>
        <w:rPr>
          <w:rFonts w:ascii="Arial" w:hAnsi="Arial"/>
          <w:b/>
          <w:i w:val="0"/>
          <w:color w:val="7447C8"/>
          <w:sz w:val="25"/>
        </w:rPr>
        <w:t>Situaciones y características consideradas en telesecundaria</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16B6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16B6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Permanencia y participación</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Ayuda a sostener la asistencia, la colaboración y el sentido de pertenencia.</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Acompañamiento cercano, acuerdos y seguimiento del grupo.</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Lectura, comunicación y recursos audiovisuales</w:t>
            </w:r>
          </w:p>
        </w:tc>
        <w:tc>
          <w:tcPr>
            <w:tcW w:type="dxa" w:w="36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Fortalece la comprensión crítica y la producción para destinatarios reales.</w:t>
            </w:r>
          </w:p>
        </w:tc>
        <w:tc>
          <w:tcPr>
            <w:tcW w:type="dxa" w:w="27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Libros de texto, videos, pantalla y medios disponibles.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Territorio, ambiente y vida comunitaria</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ciencia, matemáticas y decisiones con situaciones cercanas.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Entorno natural, actividades productivas y saberes locales.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Identidad, convivencia y proyecto de vida</w:t>
            </w:r>
          </w:p>
        </w:tc>
        <w:tc>
          <w:tcPr>
            <w:tcW w:type="dxa" w:w="36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Articula memoria comunitaria, bienestar, participación y expectativas de futuro.</w:t>
            </w:r>
          </w:p>
        </w:tc>
        <w:tc>
          <w:tcPr>
            <w:tcW w:type="dxa" w:w="27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Testimonios, organización comunitaria y experiencias juveniles.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t>Relacionamos la realidad de la telesecundaria con los Contenidos y PDA del Programa Sintético de la Fase 6.</w:t>
              <w:br/>
              <w:t>Orientaciones: páginas 21-23</w:t>
            </w:r>
            <w:r>
              <w:rPr>
                <w:rFonts w:ascii="Arial" w:hAnsi="Arial"/>
                <w:b/>
                <w:i w:val="0"/>
                <w:color w:val="FFFFFF"/>
                <w:sz w:val="21"/>
              </w:rPr>
            </w:r>
            <w:r>
              <w:rPr>
                <w:rFonts w:ascii="Arial" w:hAnsi="Arial"/>
                <w:b w:val="0"/>
                <w:i/>
                <w:color w:val="FFFFFF"/>
                <w:sz w:val="18"/>
              </w:rPr>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Vinculación con las Orientaciones: Las situaciones del contexto se relacionan con los Contenidos, los PDA y los Ejes articuladores; su abordaje se integra mediante proyectos y secuencias que conservan la especificidad de cada disciplina.</w:t>
            </w:r>
            <w:r>
              <w:rPr>
                <w:rFonts w:ascii="Arial" w:hAnsi="Arial"/>
                <w:b w:val="0"/>
                <w:i w:val="0"/>
                <w:color w:val="263238"/>
                <w:sz w:val="20"/>
              </w:rPr>
            </w:r>
          </w:p>
        </w:tc>
      </w:tr>
    </w:tbl>
    <w:p>
      <w:pPr>
        <w:spacing w:after="20"/>
      </w:pPr>
    </w:p>
    <w:p>
      <w:pPr>
        <w:pStyle w:val="Heading2"/>
        <w:keepNext/>
      </w:pPr>
      <w:r>
        <w:rPr>
          <w:rFonts w:ascii="Arial" w:hAnsi="Arial"/>
          <w:b/>
          <w:i w:val="0"/>
          <w:color w:val="7447C8"/>
          <w:sz w:val="25"/>
        </w:rPr>
        <w:t>Vinculaciones curriculares mediante proyectos integradores</w:t>
      </w:r>
    </w:p>
    <w:p>
      <w:pPr>
        <w:pStyle w:val="Heading3"/>
        <w:keepNext/>
      </w:pPr>
      <w:r>
        <w:rPr>
          <w:rFonts w:ascii="Arial" w:hAnsi="Arial"/>
          <w:b/>
          <w:i w:val="0"/>
          <w:color w:val="7447C8"/>
          <w:sz w:val="25"/>
        </w:rPr>
        <w:t>Comunicación e identidad comunitaria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Comunicación, identidad y participación mediante un proyecto con productos dirigidos a la comunidad.</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La diversidad de lenguas y su uso en la comunicación familiar, escolar y comunitaria.</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la riqueza lingüística de México y el mundo, a partir de obras literarias procedentes de distintas culturas.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p>
      <w:pPr>
        <w:pStyle w:val="Heading3"/>
        <w:keepNext/>
      </w:pPr>
      <w:r>
        <w:rPr>
          <w:rFonts w:ascii="Arial" w:hAnsi="Arial"/>
          <w:b/>
          <w:i w:val="0"/>
          <w:color w:val="7447C8"/>
          <w:sz w:val="25"/>
        </w:rPr>
        <w:t>Territorio, ciencia y ambiente</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Indagación de una situación del entorno mediante datos, explicaciones científicas y propuestas viables.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Expresión de fracciones como decimales y de decimales como fracciones.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Usa diversas estrategias al convertir números fraccionarios a decimales y viceversa.</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p>
      <w:pPr>
        <w:pStyle w:val="Heading3"/>
        <w:keepNext/>
      </w:pPr>
      <w:r>
        <w:rPr>
          <w:rFonts w:ascii="Arial" w:hAnsi="Arial"/>
          <w:b/>
          <w:i w:val="0"/>
          <w:color w:val="7447C8"/>
          <w:sz w:val="25"/>
        </w:rPr>
        <w:t>Memoria, convivencia y participación</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Comprensión del territorio, la memoria y las relaciones sociales para participar de manera informada.</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El espacio geográfico como una construcción social y colectiva.</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Comprende que el espacio geográfico se conforma de interrelaciones sociedad-naturaleza. Reconoce que el patrimonio biocultural es resultado de la relación entre las formas de organización económico-social, la cultura y la biodiversidad a través del tiempo. Distingue la distribución de las principales regiones bioculturales principales en México y el mundo.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p>
      <w:pPr>
        <w:pStyle w:val="Heading3"/>
        <w:keepNext/>
      </w:pPr>
      <w:r>
        <w:rPr>
          <w:rFonts w:ascii="Arial" w:hAnsi="Arial"/>
          <w:b/>
          <w:i w:val="0"/>
          <w:color w:val="7447C8"/>
          <w:sz w:val="25"/>
        </w:rPr>
        <w:t>Bienestar, tecnología y proyecto de vida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Bienestar, convivencia, tecnología y proyecto de vida mediante decisiones y acciones colectivas.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Herramientas, máquinas e instrumentos, como extensión corporal, en la satisfacción continua de intereses y necesidades humanas.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Explora las posibilidades corporales y la delegación de funciones en herramientas, máquinas, instrumentos y formas de organización para identificar sus funciones y procesos de cambio técnico, en la satisfacción de intereses y necesidades de diversas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Codiseño: No se incorpora un contenido nuevo porque las situaciones seleccionadas encuentran correspondencia suficiente en los Contenidos y PDA del Programa Sintético. La contextualización se concreta mediante proyectos interdisciplinarios, recursos de telesecundaria y participación comunitaria.</w:t>
            </w:r>
            <w:r>
              <w:rPr>
                <w:rFonts w:ascii="Arial" w:hAnsi="Arial"/>
                <w:b w:val="0"/>
                <w:i w:val="0"/>
                <w:color w:val="263238"/>
                <w:sz w:val="20"/>
              </w:rPr>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t>Secuenciamos todos los Contenidos y PDA por Campo y disciplina, y señalamos su articulación en proyectos de telesecundaria.</w:t>
              <w:br/>
              <w:t>Orientaciones: páginas 23-24</w:t>
            </w:r>
            <w:r>
              <w:rPr>
                <w:rFonts w:ascii="Arial" w:hAnsi="Arial"/>
                <w:b/>
                <w:i w:val="0"/>
                <w:color w:val="FFFFFF"/>
                <w:sz w:val="21"/>
              </w:rPr>
            </w:r>
            <w:r>
              <w:rPr>
                <w:rFonts w:ascii="Arial" w:hAnsi="Arial"/>
                <w:b w:val="0"/>
                <w:i/>
                <w:color w:val="FFFFFF"/>
                <w:sz w:val="18"/>
              </w:rPr>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Vinculación con las Orientaciones: La secuenciación conserva la trazabilidad de cada disciplina, pero organiza su abordaje con una intencionalidad común, proyectos integradores y ajustes derivados del seguimiento del grupo.</w:t>
            </w:r>
            <w:r>
              <w:rPr>
                <w:rFonts w:ascii="Arial" w:hAnsi="Arial"/>
                <w:b w:val="0"/>
                <w:i w:val="0"/>
                <w:color w:val="263238"/>
                <w:sz w:val="20"/>
              </w:rPr>
            </w:r>
          </w:p>
        </w:tc>
      </w:tr>
    </w:tbl>
    <w:p>
      <w:pPr>
        <w:spacing w:after="20"/>
      </w:pPr>
    </w:p>
    <w:p>
      <w:pPr>
        <w:pStyle w:val="Heading2"/>
        <w:keepNext/>
      </w:pPr>
      <w:r>
        <w:rPr>
          <w:rFonts w:ascii="Arial" w:hAnsi="Arial"/>
          <w:b/>
          <w:i w:val="0"/>
          <w:color w:val="7447C8"/>
          <w:sz w:val="25"/>
        </w:rPr>
        <w:t>Criterios de secuenciación para telesecundaria</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16B6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16B6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Diagnóstico y proyectos breves centrados en adaptación a la secundaria, participación, lectura crítica, bases matemáticas y conocimiento del entorno.</w:t>
            </w:r>
          </w:p>
        </w:tc>
      </w:tr>
      <w:tr>
        <w:tc>
          <w:tcPr>
            <w:tcW w:type="dxa" w:w="2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Proyectos interdisciplinarios de indagación del territorio, comunicación, ciencia, historia, ambiente y vida saludable, con momentos específicos para profundizar cada disciplina.</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Proyectos de síntesis, socialización comunitaria, evaluación formativa, recuperación de contenidos pendientes y decisiones para la continuidad educativa.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16B6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16B6C8"/>
            <w:tcMar>
              <w:top w:w="95" w:type="dxa"/>
              <w:start w:w="125" w:type="dxa"/>
              <w:bottom w:w="95" w:type="dxa"/>
              <w:end w:w="125" w:type="dxa"/>
            </w:tcMar>
            <w:vAlign w:val="center"/>
          </w:tcPr>
          <w:p>
            <w:pPr>
              <w:keepNext/>
              <w:jc w:val="center"/>
            </w:pPr>
            <w:r>
              <w:rPr>
                <w:rFonts w:ascii="Arial" w:hAnsi="Arial"/>
                <w:b/>
                <w:i w:val="0"/>
                <w:color w:val="FFFFFF"/>
                <w:sz w:val="18"/>
              </w:rPr>
              <w:t>Criterio breve</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bases.</w:t>
            </w:r>
          </w:p>
        </w:tc>
      </w:tr>
      <w:tr>
        <w:tc>
          <w:tcPr>
            <w:tcW w:type="dxa" w:w="26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y autonomía.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 xml:space="preserve">Lenguas Indígenas: </w:t>
            </w:r>
            <w:r>
              <w:rPr>
                <w:rFonts w:ascii="Arial" w:hAnsi="Arial"/>
                <w:b w:val="0"/>
                <w:i w:val="0"/>
                <w:color w:val="263238"/>
                <w:sz w:val="20"/>
              </w:rPr>
              <w:t>Se presentan los trayectos de Lengua Materna y Segunda Lengua para conservar y contextualizar el que corresponda a la situación lingüística de la escuela y del alumnado.</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Español</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lenguas y su uso en la comunicación familiar, escolar y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 riqueza lingüística de México y el mundo, a partir de obras literarias procedentes de distintas culturas.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lenguas como manifestación de la identidad y del sentido de pertenencia.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Describe en un texto cómo el lenguaje oral manifiesta las identidades personal y colectiva, para reconocer lo común y lo diferente.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Mensajes para promover una vida saludable, expresados en medios comunitarios o masivos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características y recursos de mensajes que promueven una vida saludable a través de los diferentes medios comunitarios o masivos de comunicación impresos o audiovisuales.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Recursos literarios en lengua española para expresar sensaciones, emociones, sentimientos e ideas vinculados con las familias, la escuela y la comunidad.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recursos literarios en lengua española y los emplea en la elaboración de cartas personales y biografías, para expresar sensaciones, emociones, sentimientos e ideas que experimenta en su entorno familiar, escolar o comunitario.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dinamismo de las lenguas y su relevancia como patrimonio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y expresa la relevancia de valorar las lenguas como legado de la comunidad.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étnica, cultural y lingüística de México a favor de una sociedad intercultural.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las ideas centrales y secundarias de textos relacionados con la diversidad étnica, cultural y lingüística, que favorecen una sociedad intercultural, para comentarlas en forma oral y escrita.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elementos y los recursos estéticos de la lengua española en la literatura oral y escrita.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los recursos estéticos en textos literarios líricos, orales y escritos, y disfruta de poemas, canciones y juegos de palabras, entre otros.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asertiva y dialógica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Realiza, de manera colectiva, una propuesta oral o por escrito, para promover acciones que posibiliten erradicar la violencia en las familias y la escuela. Elabora solicitudes de gestión de espacios y recursos para dar a conocer la propuesta.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Textos literarios escritos en español o traducidos.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el valor estético de diversos géneros literarios en textos de su elección, para elaborar comentarios y promover su lectura.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géneros periodísticos y sus recursos para comunicar sucesos significativos familiares, escolares, comunitarios y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sucesos significativos familiares, escolares, comunitarios y sociales que forman parte de la memoria colectiva y los comunica haciendo uso de las características de los géneros periodísticos informativos.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Textos de divulgación científica.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características del texto de divulgación científica y elabora uno.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Creaciones literarias tradicionales y contemporáneas.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y clasifica creaciones literarias de la comunidad o de un lugar de interés, como mitos, leyendas, fábulas, epopeyas, cantares de gesta, refranes, coplas, canciones, corridos y juegos de palabras, para promover de manera creativa su lectura.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función creativa del español en la expresión de necesidades e intereses comunitarios.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una situación problemática de la comunidad, haciendo uso del pensamiento crítico, para plantear diversas formas creativas de resolverla, por ejemplo, con un cuento.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Manifestaciones culturales y artísticas que favorecen una sociedad incluyente.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manifestaciones culturales y artísticas creadas o ejecutadas por personas con alguna discapacidad, para distinguir sus valores estéticos y creativos y las comparte en forma oral o escrita con la comunidad.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Lengua Materna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lenguas indígenas como manifestación de la identidad y del sentido de pertenencia.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cómo el lenguaje oral manifiesta las identidades personal y colectiva, para reconocer procesos de transmisión o ruptura de la lengua indígena (variante lingüística) 1er grado de su contexto en su árbol genealógico.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diversidad de lenguas indígenas y su uso en la comunicación familiar, escolar y comunitaria.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la diversidad de lenguas indígenas existentes en México y América Latina.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dinamismo de las lenguas indígenas y su relevancia como patrimonio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en textos orales y/o escritos en la lengua indígena de su contexto, neologismos, juegos de lenguajes, caló, jerga, préstamos lingüísticos y extranjerismos, como parte del dinamismo de las lenguas indígenas.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relacionadas con la fiesta como expresión comunal.</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las relaciones entre las fiestas comunales y la construcción de la identidad colectiva, mediante el uso de la lengua indígena (variante lingüística) del contexto, para narrarlas en textos orales.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en sus componentes estructurales.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Conoce y reflexiona sobre los componentes de la lengua indígena (variante lingüística) del contexto en los planos: fonético-fonológico, morfológico, sintáctico, semántico y pragmático de la lengua indígena.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tierra como madre y como territorio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las relaciones entre elementos del territorio y el uso de la lengua indígena (variante lingüística) del contexto para narrarlos en textos orales de distintos géneros.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el uso de la lengua indígena (variante lingüística) del contexto en torno al trabajo comunitario (tequio), para realizar narraciones en textos orales de distintos géneros.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y clasifica mitos, leyendas, fábulas, epopeyas, consejos, dichos, coplas, canciones, corridos y juegos de palabras, entre otros, en torno al trabajo comunitario para promover el uso de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en torno a la milpa como sistema de significación material y simbólico.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el uso de la lengua indígena (variante lingüística) del contexto en relación con la milpa, para realizar narraciones en textos 1er grado orales de distintos géneros.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ritualidad como expresión comunal.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el uso de la lengua indígena (variante lingüística) del contexto en torno a la ritualidad como expresión comunal, para realizar narraciones en textos orales de distintos géneros.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étnica, cultural y lingüística de México en peligro.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las ideas centrales y secundarias de textos relacionados con el análisis del racismo y las relaciones interétnicas en la sociedad mexicana, para comentarlas en forma oral y escrita en la lengua indígena (variante lingüística) de su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relacionadas con el territorio como espacio vital I.</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Comprende las prácticas sociales en torno a la tierra como madre y como territorio y el uso de la lengua indígena (variante lingüística) del contexto en tales prácticas.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que se consideren relevantes.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Conoce y usa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y clasifica creaciones literarias de la comunidad o de un lugar de interés, como poemas, mitos, leyendas, fábulas, epopeyas, cantares de gesta, refranes, coplas, canciones, corridos y juegos de palabras, entre otras, para promover de manera creativa su lectura.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Segunda Lengua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Hace uso del alfabeto, los números y las expresiones básicas de la lengua indígena (variante lingüística) del contexto, para nombrar y recuperar datos factuales y características básicas de lenguas indígenas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lengua indígena (variante lingüística) de su contexto para expresar sensaciones, emociones, sentimientos e ideas vinculados con las familias, la escuela y la comunidad.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Lleva a cabo juegos del lenguaje en la lengua indígena (variante lingüística) de su contexto para expresar sensaciones, emociones, sentimientos e ideas sobre las familias y la escuela.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identidad y cultura de la lengua indígena (variante lingüística) del contexto escolar.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información para llevar a cabo presentaciones orales y escritas en la lengua indígena (variante lingüística) del contexto, para describir rasgos étnicos, culturales e identitarios de los hablantes de esa lengua, como sus abuelos y abuelas.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 la lengua indígena (variante lingüística) del contexto para expresar necesidades, intereses y problemas de la comunidad.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Investiga en textos soluciones implementadas a problemas de una comunidad e informa de manera oral o escrita sus hallazgos en la lengua indígena (variante lingüística) del contexto.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asertiva y dialógica en la lengua indígena (variante lingüística) de su contexto, para sensibilizar sobre la erradicación del racismo y la discriminación.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de distintas fuentes, expresiones de racismo presentes en su entorno. Reflexiona y comunica de forma oral y escrita una postura de rechazo al racismo en la lengua indígena (variante lingüística) de su contexto, mediante la comunicación asertiva y dialógica.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 a personas de la comunidad y narra sucesos significativos en torno a la práctica cultural relevante en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Selecciona textos literarios en la lengua indígena (variante lingüística) de su contexto que aborden temas de la comunidad o de algún lugar de interés, los resume y difunde por distintos medios.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 la lengua indígena (variante lingüística) de su contexto, en la construcción de mensajes a favor de la inclusión.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en diversas fuentes sobre las características de los mensajes que presentan información a favor de la interacción, sensibilización y empatía con la diversidad y expone su punto de vista en la lengua indígena (variante lingüística) de su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Obtiene información en torno a las prácticas culturales de la lengua indígena (variante lingüística) del contexto.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Realiza una lectura crítica y emite su opinión en la lengua indígena (variante lingüística) del contexto respecto a la práctica cultural relevante.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IV.</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Entrevista a personas y narra sucesos significativos en torno a las prácticas culturales de la lengua indígena (variante lingüística) del contexto.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la lengua indígena (variante lingüística) del contexto,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historieta, cómic o manga en la lengua indígena (variante lingüística) que aborde situaciones donde se rescata la importancia de la interculturalidad.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 la lengua indígena (variante lingüística) de su contexto, en las manifestaciones culturales y artísticas que favorecen la construcción de una sociedad incluyente.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Elabora semblanzas en la lengua indígena (variante lingüística) de su contexto sobre personas indígenas destacadas por contribuir a la cultura y las artes, y las difunde.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Inglés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Mensajes en inglés en medios de comunicación masiva, que promuevan una vida saludable.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en inglés mensajes que promuevan una vida saludable y los difunde de manera oral o escrita, a través de distintos medios de comunicación.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Hace uso del alfabeto, los números y las expresiones básicas en inglés, para nombrar y recuperar datos factuales y características básicas de lenguas reconocidas en México y el mundo.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inglés para expresar sensaciones, emociones, sentimientos e ideas vinculados con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Lleva a cabo juegos del lenguaje en inglés para expresar sensaciones, emociones, sentimientos e ideas sobre las familias y la escuela.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identidad y cultura de pueblos de habla inglesa.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información para llevar a cabo presentaciones en inglés, orales y escritas, que describan rasgos étnicos, culturales e identitarios de hablantes de lengua inglesa.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 diversos textos en inglés que promueven la preservación y conservación de las lenguas.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estrategias acerca de la conservación y preservación de las lenguas, planteadas en textos informativos y científicos en inglés, y las difunde.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para expresar necesidades, intereses y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en textos en inglés soluciones implementadas sobre problemas de una comunidad, e informa de manera oral o escrita sus hallazgos.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Comunicación asertiva y dialógica en inglés, para sensibilizar sobre la erradicación de la violencia en las familias y la escuela.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de distintos textos en inglés, expresiones de violencia presentes en las familias y las escuelas. Reflexiona y comunica de forma oral y escrita una postura de rechazo a la violencia, mediante la comunicación asertiva y dialógica.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literarias tradicionales y contemporáneas en inglés.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Selecciona textos literarios en inglés que aborden temas de la comunidad o de algún lugar de interés, los resume y difunde por distintos medios.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del inglés en la construcción de mensajes a favor de la inclusión.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Investiga en diversas fuentes en inglés las características de los mensajes que presentan información a favor de la interacción, sensibilización y empatía con la diversidad y expone su punto de vista.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Relatos en inglés para expresar sucesos significativos familiares, escolares, comunitarios y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 y narra en inglés sucesos significativos familiares, escolares, comunitarios o sociales recuperados de la memoria colectiva.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Elementos y recursos estéticos del inglés.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de distintos tipos de textos literarios en inglés, expresiones, elementos y recursos estéticos y elabora un glosario.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del inglés en las manifestaciones culturales y artísticas que favorecen la construcción de una sociedad incluyente.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Elabora semblanzas en inglés sobre personas en condición de discapacidad, destacadas por contribuir a la cultural y las artes, y las difunde.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inglés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 cómic o manga en inglés sobre situaciones donde se rescata la importancia de la interculturalidad.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Manifestaciones artísticas y culturales del inglés.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Realiza una lectura crítica y emite su opinión en inglés sobre diversas manifestaciones culturales y artísticas de pueblos de habla inglesa.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Artes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Vida saludable expresada a través de mensajes construidos con elementos de las artes, para difundirlos por distintos medios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Emplea intencionalmente formas, colores, movimientos, sonidos, entre otros elementos de las artes, para representar una vida saludable y la difunde por un medio de comunicación escolar.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Sistemas alternativos y aumentativos de comunicación como herramientas creativas que favorecen la inclusión.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algunas características sensoriales de la Lengua de Señas Mexicana, el código Braille, los tableros de comunicación y otros sistemas alternativos y aumentativos, para fomentar la interacción, sensibilización y empatía con la diversidad.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Patrimonio cultural de la comunidad en manifestaciones artísticas que fomentan la identidad y el sentido de pertenencia.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manifestaciones artísticas del patrimonio cultural de la comunidad y de México, para fomentar las identidades personal y colectiva, así como el sentido de pertenencia.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Diversidad de lenguajes artísticos en la riqueza pluricultural de México y del mundo.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en manifestaciones artísticas de México y del mundo el uso del cuerpo, del espacio y del tiempo, para valorarlas como parte de la riqueza pluricultural.</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artísticas que tienen su origen en textos literarios.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con formas, colores, movimientos, sonidos, entre otros elementos de las artes, para reinterpretar textos literarios de la comunidad u otros lugares, haciendo uso de diversos lenguajes artísticos.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Procesos creativos que ponen en práctica la comunicación dialógica como estrategia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mediante elementos de las artes como las formas, colores, movimientos y sonidos, la relevancia del diálogo como una alternativa a las manifestaciones de violencia presentes en la familia, escuela y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Identidad y sentido de pertenencia en manifestaciones artísticas.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Aprecia la intención expresiva en diversas manifestaciones artísticas, para la construcción crítica de las identidades personal y colectiva.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lenguajes artísticos en la expresión de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intencionalmente formas, colores, movimientos y sonidos, entre otros elementos de las artes, para recrear una situación problemática de su contexto y manifestar una postura crítica.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Valor estético de la naturaleza, de la vida cotidiana y de diferentes manifestaciones culturales y artísticas.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Disfruta de manifestaciones culturales y artísticas de la comunidad y de otros lugares, para reconocer sus gustos e intereses estéticos. Disfruta los valores estéticos presentes en la naturaleza para apreciarla y expresarla.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culturales y artísticas que conforman la diversidad étnica, cultural y lingüística.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diferentes manifestaciones culturales y artísticas de pueblos indígenas y afrodescendientes de México y del mundo, para interpretar significados que permitan fomentar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Elementos de las artes y recursos estéticos apreciados en el entorno natural y social, así como en diversas manifestaciones artísticas.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el uso intencional del cuerpo, del espacio y del tiempo en manifestaciones artísticas, para apreciar e interpretar sus sentidos y significados. Percibe cualidades estéticas en el entorno natural y social, para interpretar sus sentidos y significados.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Expresión artística de sensaciones, emociones, sentimientos e ideas, a partir de experiencias familiares, escolares o comunitarias.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Recrea lúdicamente sensaciones, emociones, sentimientos e ideas, mediante el uso del cuerpo, del espacio y del tiempo, para expresar la relación con su entorno familiar.</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Memoria colectiva representada por medios artísticos, para registrar experiencias comunitarias.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de la memoria colectiva acontecimientos significativos de las familias, escuela o comunidad, para representarlos de manera creativa.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Manifestaciones artísticas que emplean sistemas alternativos y aumentativos de comunicación, elaboradas por personas en condición de discapacidad y/o diseñadas para ellas.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los valores estéticos y creativos de las manifestaciones artísticas realizadas por personas con alguna discapacidad, para fomentar la inclusión.</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Matemáticas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Expresión de fracciones como decimales y de decimales como fracciones.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diversas estrategias al convertir números fraccionarios a decimales y viceversa.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Extensión de los números a positivos y negativos y su orden.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la necesidad de los números negativos a partir de usar cantidades que tienen al cero como referencia. Compara y ordena números con signo (enteros, fracciones y decimales) en la recta numérica y analiza en qué casos se cumple la propiedad de densidad.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Introducción al álgebra.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y plantea diversas situaciones del lenguaje común al lenguaje algebraico y viceversa. Representa algebraicamente perímetros de figuras.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Extensión del significado de las operaciones y sus relaciones inversas.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el significado de las cuatro operaciones básicas y sus relaciones inversas al resolver problemas que impliquen el uso de números con signo. Comprueba y argumenta si cada una de estas operaciones cumple las propiedades: conmutativa, asociativa y distributiva. Identifica y aplica la jerarquía de operaciones y símbolos de agrupación al realizar cálculos.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y propiedades de las figuras planas y cuerpos.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la regla y el compás para trazar: punto medio, mediatriz de un segmento, segmentos y ángulos congruentes, bisectriz de un ángulo, rectas perpendiculares y rectas paralelas. Identifica y traza las rectas notables en triángulos y cuadriláteros. Construye y clasifica triángulos y cuadriláteros a partir del análisis de distinta información.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Regularidades y Patrones.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algebraicamente una sucesión con progresión aritmética de figuras y números.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Azar y probabilidad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Compara cualitativamente dos o más eventos a partir de sus resultados posibles, usa relaciones como: “es más probable que…”, “es menos probable que…”. Identifica eventos en los que interviene el azar, determina el espacio muestral y experimenta. Identifica diversos procedimientos de conteo y resuelve problemas.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Rectas y ángulos.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las figuras básicas como rectas y ángulos y su notación. Encuentra y calcula los ángulos que se forman al intersecar dos segmentos.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Medición y cálculo en diferentes contextos.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Introduce la idea de distancia entre dos puntos como la longitud del segmento que los une. Encuentra la distancia de un punto a una recta y la distancia entre dos rectas paralelas. Explora la desigualdad del triángulo. Obtiene y aplica fórmulas o usa otras estrategias para calcular el perímetro y el área de polígonos regulares e irregulares y del círculo.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Interpretación de la información a través de medidas de tendencia central y de dispersión.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Determina e interpreta la frecuencia absoluta, la frecuencia relativa, la media, la mediana y la moda en un conjunto de datos. Usa e interpreta las medidas de tendencia central (moda, media aritmética y 1er grado mediana) y el rango de un conjunto de datos, y justifica con base en ellas sus decisiones.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e interpreta relaciones proporcional y no proporcional a partir de su representación tabular, gráfica y con diagramas. Modela y resuelve diversas situaciones a través de ecuaciones proporcionales con constante positiva y negativa.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Circunferencia, círculo y esfera.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y traza las rectas notables en la circunferencia y las relaciones entre ellas. Investiga figuras relacionadas con círculos y propiedades de los círculos. Construye circunferencias a partir de distinta información. 1er grado Verifica los criterios de existencia y unicidad de estas figuras.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Obtención y representación de información.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tablas, gráficas de barras y circulares para el análisis de información.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Ecuaciones lineales y cuadráticas.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Resuelve ecuaciones de la forma Ax=B, Ax+B=C, Ax+B=Cx+D con el uso de las propiedades de la igualdad. Modela y resuelve problemas cuyo planteamiento es una ecuación lineal. Resuelve problemas de porcentajes en diversas situaciones.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Biología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Funcionamiento del cuerpo humano coordinado por los sistemas nervioso y endocrino.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la participación de los sistemas nervioso y endocrino en la coordinación de las funciones del cuerpo humano; reconoce el papel general de las hormonas y sus efectos en la maduración sexual y en la reproducción. Explica los efectos del consumo de sustancias adictivas en el sistema nervioso y en el funcionamiento integral del cuerpo humano; argumenta la importancia de evitar su consumo a partir del análisis de sus implicaciones en la salud, la sexualidad, la economía y la sociedad; comparte sus aprendizajes por distintos medios.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biodiversidad como expresión del cambio de los seres vivos en el tiempo.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información acerca del estado de la biodiversidad local a partir de fuentes directas, orales, escritas, audiovisuales o Internet, expone razones sobre su importancia cultural, biológica, estética y ética; propone acciones para su cuidado. Indaga las principales aportaciones de Darwin y Wallace, las identifica como una de las explicaciones más fundamentadas acerca del origen de la biodiversidad y reflexiona acerca de cómo han cambiado; reconoce que los conocimientos científicos son un proceso en construcción permanente.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Salud sexual y reproductiva: prevención de infecciones de transmisión sexual y del embarazo en adolescentes.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las maneras en que la cultura influye en el concepto de sexualidad; reconoce que todas las culturas tienen maneras distintas de comprender el género, la sexualidad y la reproducción; y reflexiona acerca de que el inicio de la actividad sexual debe ser de manera consensuada. Cuestiona creencias, estereotipos y costumbres que impactan negativamente la salud sexual y reproductiva de niñas y mujeres; reconoce la importancia de la igualdad de género y la responsabilidad compartida del hombre y la mujer en la prevención del embarazo en la adolescencia como base para la toma de decisiones. Compara la efectividad de los métodos anticonceptivos como apoyo para planificar el embarazo desde la perspectiva del proyecto de vida, con acompañamiento de los servicios amigables; valora la efectividad del condón por su doble protección: para prevenir el embarazo en adolescentes y disminuir el riesgo de infecciones de transmisión sexual.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Importancia del microscopio para el conocimiento de la unidad y la diversidad de los seres vivos.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cómo han cambiado las primeras observaciones microscópicas respecto de las actuales; valora el avance en el conocimiento de las bacterias, las células y los virus. Describe las estructuras y funciones básicas de la célula a partir de modelos; explica la participación de la membrana y el citoplasma en las funciones de nutrición y relación, y del núcleo en la reproducción y la herencia. Formula preguntas y contrasta explicaciones acerca de la manipulación genética; comparte sus hallazgos respecto de sus beneficios y riesgos en los ámbitos de la salud y el medio ambiente; participa en debates en los que defiende su postura.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diversidad de saberes e intercambio de conocimientos acerca de los seres vivos y las relaciones con el medio ambiente.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la importancia de los conocimientos, prácticas e innovaciones de los pueblos originarios acerca de los seres vivos; intercambia vivencias y experiencias asociadas al aprovechamiento y la protección como el uso de la herbolaria, la milpa o la conservación de los bosques. Explica por qué los saberes de los pueblos originarios han aportado al aprovechamiento de los recursos naturales en el ecosistema local; analiza sus contribuciones a la agricultura, el pastoreo y la pesca sustentables; comunica sus hallazgos usando diferentes lenguajes y representaciones.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vacunas: su relevancia en el control de algunas enfermedades infecciosas.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las características generales de las bacterias y los virus; formula hipótesis en torno al por qué de la rápida propagación de las enfermedades infecciosas que causan, y las contrasta con evidencias reportadas en fuentes con sustento científico. Valora la importancia y la necesidad de proteger la salud con el uso de las vacunas para el control de algunas enfermedades infecciosas; evalúa sus riesgos y beneficios sociales y económicos; reconoce la interacción de los conocimientos científicos y tecnológicos, sus alcances y limitaciones.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calentamiento global como una consecuencia de la alteración de los ciclos biogeoquímicos en los ecosistemas.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la transferencia de materia y energía entre los organismos de un ecosistema mediante redes y pirámides tróficas; elabora explicaciones, inferencias y predicciones consistentes con los modelos generados acerca de la pérdida o incremento de organismos en los eslabones. Identifica interacciones de competencia e interdependencia en el ecosistema local y explica cómo regulan el funcionamiento y mantenimiento en la dinámica general del ecosistema. Analiza las prácticas de consumo que han alterado los ciclos biogeoquímicos del carbono y el nitrógeno, sus efectos asociados al calentamiento global y sus impactos en el medio ambiente y la salud.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Prevención de enfermedades relacionadas con la alimentación y el consumo de alimentos ultraprocesados.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causas de la obesidad y la diabetes relacionadas con la dieta y el sedentarismo, a fin de formular su proyecto de vida saludable; incluye factores protectores y propone acciones para reducir factores de riesgo, incluyendo su entorno familiar y comunitario. Formula hipótesis acerca de las consecuencias de carencia o exceso de nutrimentos en la dieta; interpreta datos que muestran la correlación entre la incidencia de enfermedades como la caries e hipertensión y el consumo de exceso de sal, azúcar y grasas saturadas.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procesos vitales de los seres vivos: nutrición, relación con el medio y reproducción.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las características comunes de los seres vivos; identifica que todos tienen estructuras especializadas asociadas a la nutrición, la relación con el medio y la reproducción y los distingue como rasgos adaptativos que favorecen la sobrevivencia de las especies. Clasifica organismos de acuerdo con características comunes asociadas a la nutrición y reproducción; propone hipótesis en torno a posibles relaciones de parentesco entre ellos y las contrasta con fuentes de consulta; reconoce que todas las clasificaciones tienen alcances y limitaciones.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Geografía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espacio geográfico como una construcción social y colectiva.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que el espacio geográfico se conforma de interrelaciones sociedad-naturaleza. Reconoce que el patrimonio biocultural es resultado de la relación entre las formas de organización económico-social, la cultura y la biodiversidad a través del tiempo. Distingue la distribución de las principales regiones bioculturales principales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diversidad de grupos sociales y culturales en México.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la diversidad de pueblos originarios, afromexicanos, migrantes, grupos urbanos, grupos sociales en México, como parte de la identidad nacional pluricultural y la compara con la diversidad social y cultural en el mundo. Valora la importancia del espacio en la conformación de las identidades juveniles.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retos sociales y ambientales en la comunidad,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cómo las problemáticas sociales y ambientales afectan a la comunidad. Asume responsabilidad como agente de cambio para encontrar soluciones a las problemáticas sociales y ambientales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categorías de análisis espacial y representaciones del espacio geográfico.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saberes ancestrales acerca del espacio geográfico, formas de ubicación y representaciones en México y el mundo. Comprende las categorías de análisis espacial para explicar las características del espacio geográfico: lugar, región, paisaje y territorio. Utiliza los conceptos de localización, distribución, diversidad, temporalidad y cambio e interacción para el estudio del espacio geográfico.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conflictos territoriales actuales en México y el mundo, y sus implicaciones ambientales y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Debate acerca de la multicausalidad de los conflictos territoriales en México y el mundo, la importancia de la ubicación geográfica de las partes involucradas y las consecuencias ambientales, sociales, económicas y políticas en México y el mundo. Promueve alternativas de resolución justas y pacíficas a los conflictos territoriales que afectan a la comunidad, a México y al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reto del cambio climático.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las relaciones e interacciones entre los elementos y los factores del clima como base para comprender, de manera general, la distribución de las regiones naturales en la Tierra y analizar la biodiversidad en el mundo. Indaga y analiza de manera crítica los cambios ocurridos en el clima, sus causas y consecuencias en México y el mundo. Asume una postura crítica y activa ante los fenómenos derivados del calentamiento global y el cambio climático.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procesos productivos y sus consecuencias ambientales y sociales en la comunidad, México y el mundo.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Compara procesos productivos y espacios económicos en México y el mundo, para reconocer sus implicaciones sociales, económicas y ambientales. Analiza y relaciona distintos procesos productivos sustantivos en la conformación social, económica y espacial de las sociedades a nivel mundial, para identificar sus contradicciones y desigualdades.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prácticas de producción, distribución y consumo sustentables como alternativas para preservar el medio ambiente y asegurar el bienestar de las generaciones presentes y futuras.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qué es la sustentabilidad e identifica prácticas de producción, distribución y consumo sustentables. Argumenta sobre prácticas sustentables de producción, distribución y consumo que pueden contribuir al bienestar de la comunidad y de México. Propone alternativas sustentables de desarrollo social para la preservación del medio ambiente y el bienestar de las generaciones presentes y futuras.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Crecimiento, distribución, composición y migración de la población.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las implicaciones sociales, ambientales y económicas del crecimiento, distribución y composición de la población en diferentes países, con base en información estadística y cartográfica. Emplea las nociones de concentración y dispersión de la población para explicar los rasgos y problemas del espacio urbano y el rural. Distingue la movilidad como un derecho humano, los tipos de migración y principales flujos migratorios para comprender los efectos socioeconómicos y culturales en los lugares de atracción y expulsión de población.</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suelo, recurso estratégico para la seguridad alimentaria y la vida en el planeta.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sobre el origen, los usos y los problemas del suelo en la localidad. Reflexiona acerca de la contradicción que existe entre los países con suelo de vocación agrícola y la poca productividad asociada con los problemas del suelo (sobreexplotación, degradación, pérdida, entre otros). Comparte alternativas para la protección y recuperación del suelo y colabora de manera organizada y solidaria en acciones comunitarias orientadas a ese fin en la localidad donde vive.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distribución y dinámica de las aguas continentales y oceánicas en la Tierra.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 distribución de las aguas continentales en México y el mundo: principales ríos, lagos, aguas subterráneas, llanuras inundables y humedales. Reconoce la importancia de las cuencas hidrográficas como un sistema para el desarrollo económico en México, así como para la conservación del agua y la tierra. Valora el mar territorial, la zona económica exclusiva de México y sus litorales, como recursos que contribuyen al desarrollo del país, lo que fortalece la conciencia marítima.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riesgos de desastre, su relación con los procesos naturales y la vulnerabilidad de la población en lugares específicos.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que los desastres pueden ser originados por procesos naturales o por las actividades humanas. Relaciona los efectos ambientales, sociales y económicos de los desastres recientes en México y el mundo, tomando en cuenta la vulnerabilidad de la población. Valora la importancia de consolidar una cultura de prevención de desastres con la participación de instituciones, organismos y la sociedad.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desigualdades socioeconómicas en México y el mundo, y sus efectos en la calidad de vida de las personas.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qué son las desigualdades socioeconómicas e identifica sus efectos y repercusiones en la vida de las personas. Argumenta las desigualdades socioeconómicas en México y el mundo, mediante la interpretación del Índice de Desarrollo Humano (IDH) y el Índice para una vida mejor, para explicar sus efectos en la calidad de vida. Propone acciones para reducir las desigualdades socioeconómicas en la comunidad,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relación de las placas tectónicas con el relieve, la sismicidad y el vulcanismo.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qué son las placas tectónicas, cuáles son sus características y dinámica. Argumenta la relación entre las placas tectónicas con las regiones sísmicas y volcánicas en México y el mundo, para fortalecer la cultura de la prevención. Relaciona los movimientos de las placas tectónicas con la distribución del relieve de la superficie terrestre y reconoce otros agentes que lo modelan.</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Historia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Relaciones de poder y lucha por los derechos de grupos históricamente discriminados o subrepresentados.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problemáticas de violencia hacia pueblos originarios, afrodescendientes, migrantes y comunidad LGBTTTIQ+ en distintos procesos históricos. Argumenta sobre los cambios y permanencias en la lucha por erradicar la violencia hacia pueblos originarios, afrodescendientes, migrantes y comunidad LGBTTTIQ+ en distintos procesos históricos.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Discriminación, racismo, sexismo y prejuicios como construcciones históricas.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las causas históricas del racismo y la xenofobia y las relaciona críticamente con sus consecuencias. Analiza la relevancia histórica del racismo en la justificación de actos que atentaron contra la vida de personas o grupos. Comprende las causas y consecuencias históricas del racismo y propone acciones en su vida cotidiana y en la de su comunidad escolar para combatirlo.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albores de la humanidad: los pueblos antiguos del mundo y su devenir.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Busca, localiza y estudia con sus pares fuentes que dan cuenta de mitos fundacionales de pueblos antiguos. Reflexiona acerca de la importancia de las fuentes históricas para la interpretación de hechos y procesos. Compara y encuentra lo común y lo diverso entre mitos fundacionales de pueblos antiguos de México y de otras partes del mundo. Reflexiona y toma postura en torno a las teorías que explican el poblamiento original de América. Distingue y clasifica evidencias históricas que le permiten acercarse al conocimiento del poblamiento original de América. Investiga acerca de restos fósiles humanos encontrados en lo que hoy es el territorio de nuestro país. Reflexiona en torno al caso del llamado Hombre de Tepexpan y la necesidad de una historia inclusiva que recupere las aportaciones de las mujeres. 1er grado Reconoce que la Historia es una reconstrucción científica del pasado que se hace desde el presente y que al igual que en otras ciencias, la ideología y la metodología del historiador determinan su mirada del pasado. Conoce sistemas que tienen como propósito abordar la historia de los primeros pueblos en el territorio de lo que ahora es nuestro país. Emplea alguno de estos sistemas para ubicar en el espacio y en el tiempo aspectos de la vida cotidiana de los pueblos antiguos que surgieron en Mesoamérica, Aridoamérica y Oasisamérica. Vincula y compara sus representaciones e ideas sobre el nacimiento, la vida o la muerte con las que construyeron los antiguos pueblos de México. Pone en juego su capacidad de convertirse en integrante de una cultura mesoamericana para exponer la razón y el sentido de los sacrificios rituales. 1er grado Desarrolla teóricamente el entramado de causas de diverso tipo que dieron lugar a la agricultura mesoamericana y el impacto civilizatorio de ésta en las sociedades que la practicaron. Reconoce el significado en su vida de la práctica histórica del cultivo del maíz como una consecuencia de larga duración. Reconstruye aspectos de la vida cotidiana en los ámbitos de la economía, la cultura, la sociedad y la política de los pueblos de Mesoamérica. Recopila información histórica sobre los pueblos aridoamericanos y oasisamericanos y la organiza en un friso cronológico. Compara el desarrollo histórico de pueblos originarios de Norteamérica y Sudamérica y comprende sus semejanzas y diferencias.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conformación de las metrópolis y los sistemas de dominación.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Formula preguntas, recopila información y comparte sus hallazgos en torno a los pueblos originarios de México: ¿Cuántos pueblos son? ¿Dónde están? ¿De dónde llegaron? ¿Cómo vivían antes? ¿Cómo viven ahora? ¿Qué permanece? ¿Qué cambió? ¿Se reconoce en él? Construye una línea del tiempo con la historia de algún pueblo originario que le sea entrañable. Indaga los orígenes de la población afromexicana, sus aportaciones sociales y a la cultura de nuestro país. Identifica representaciones asumidas de los pueblos indígenas y afromexicanos sobre el nacimiento, la vida, la muerte, la tierra, la naturaleza, el agua, el territorio en su comunidad. Investiga el arribo de otros pueblos del mundo a nuestro país a largo de la historia y lo expone a sus pares en la organización cronológica que considere más adecuada. 1er grado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gestas de resistencia y los movimientos independentistas.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sobre rebeliones y levantamientos de pueblos indígenas y afromexicanos en la historia de nuestro país y se acerca a comprender sus causas. 1er grado Emite juicios acerca de agravios o crímenes a los que han sido sujetos los pueblos indígenas y afromexicanos. 1er grado 1er grado 1er grado 1er grado 1er grado 1er grado 1er grado 1er grado 1er grado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construcción histórica de las ideas sobre las juventudes e infancias.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las ideas y representaciones de las personas de acuerdo con su edad en diversos momentos históricos. Comprende los cambios y permanencias en las características y tareas que las sociedades asignan a las personas, de acuerdo con su edad. 1er grado Explica, con base en fuentes, las actividades asignadas a las personas según su edad en sociedades y momentos históricos diversos.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Movilidades humanas, migraciones y nuevos escenarios para la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procesos históricos relevantes en los que grupos humanos se desplazaron por los territorios a lo largo del tiempo. Explica procesos históricos relevantes en los que grupos humanos se desplazaron por territorios en periodos de tiempo de corta o larga duración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Amor, amistad, familias y relaciones entre las personas en la historia.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que la forma en la que las personas piensan y actúan en relación con el amor, la amistad y las familias se construye en la sociedad y cambia históricamente. 1er grado Explica los cambios que las concepciones sobre el amor, la amistad y las familias han tenido a lo largo del tiempo y en diversos contextos sociales y geográficos.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luchas de las mujeres por sus derechos.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los orígenes históricos de movimientos y organizaciones de mujeres en la lucha por la igualdad y el reconocimiento de sus derechos. Comprende los cambios y permanencias en las luchas de las mujeres por una vida igualitaria y libre de violencia. Analiza las causas de los movimientos feministas y reconoce el marco normativo nacional e internacional que protege los derechos de las mujeres.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mujeres y sus historias.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Revisa fuentes históricas para identificar la participación de las mujeres en la sociedad en diversos momentos históricos. Indaga sobre el protagonismo social de las mujeres en diferentes procesos históricos, para reconocer la relevancia de su participación. Contrasta fuentes históricas para identificar cambios y permanencias en la participación de las mujeres en diversos momentos históricos. Analiza los testimonios producidos por las mujeres en distintos momentos históricos. Argumenta las causas de los principales cambios históricos que ha tenido la participación social de las mujeres. Argumenta cómo el “deber ser” de las mujeres ha cambiado a través del tiempo.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Formación Cívica y Ética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Grupos sociales y culturales en la conformación de las identidades juveniles.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Valora la diversidad de grupos e identidades juveniles en la escuela y en la comunidad y fortalece el respeto a formas de ser, pensar y expresarse en el marco de los derechos humanos.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Normas, leyes, instituciones y organizaciones encargadas de proteger, defender y exigir la aplicación de los derechos humanos en la convivencia diaria.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Aprecia los beneficios de participar en la construcción y aplicación de normas y leyes para garantizar la convivencia y el ejercicio de los derechos humanos en la comunidad y el país.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derecho a la salud y la prevención en el consumo de drogas.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que el consumo de drogas afecta el derecho a la dignidad y la salud de las personas, y demanda la aplicación de medidas que contribuyan a la prevención y protección.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conflicto en la convivencia humana desde la cultura de paz.</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distintos tipos de conflictos en sus espacios de convivencia, su estructura y formas de solucionarlos desde la cultura de paz como una oportunidad de crecimiento personal y social.</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Consecuencias de la desigualdad en la calidad de vida de las personas y comunidades.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las causas que dan origen a las diferencias en la calidad de vida de la población en México y el mundo y las compara con su derecho a la igualdad sustantiva y a una vida digna.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Principios éticos como referentes para un desarrollo sustentable.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Reflexiona éticamente acerca de la relación de las comunidades con su contexto socionatural para impulsar acciones que promuevan el desarrollo sustentable, así como actitudes de cuidado y respeto a otros seres vivos.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Igualdad sustantiva en el marco de la interculturalidad, la inclusión y la perspectiva de género.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 interculturalidad y el respeto al derecho a la igualdad sustantiva para establecer relaciones incluyentes y respetuosas de la diversidad, rechazando la discriminación y el racismo.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derechos humanos en México y en el mundo como valores compartidos por las sociedades actuales.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Asume una postura crítica acerca de la vigencia de los derechos humanos como valores compartidos por distintas sociedades del mundo.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cultura de paz y la creación de ambientes que garanticen el respeto a la vida y la dignidad del ser humano.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 influencia que tiene la cultura de paz en la convivencia escolar, familiar y comunitaria, para favorecer ambientes libres de discriminación y racismo.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Defensa del derecho al acceso a la protección de datos personales, a la información, la transparencia y la rendición de cuentas en un gobierno democrático.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Destaca la importancia de que las servidoras y los servidores públicos y representantes populares desempeñen sus 1er grado funciones con apego a la ley de manera honesta, transparente y limitada, utilizando los recursos públicos para beneficio de la sociedad.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Personas, grupos y organizaciones a favor de la cultura de paz.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las acciones de personas, grupos u organizaciones en México a favor de la cultura de paz para promover ambientes libres de violencia.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Medidas de protección y mecanismos de denuncia en el rechazo a la violencia de género, sexual y la trata de personas.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situaciones de violencia escolar, de género, sexual y la trata de personas, con base en la perspectiva de género y demanda la aplicación de medidas de prevención y protección para garantizar el derecho a una vida libre de violencia.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Movimientos sociales y políticos por los derechos humanos en el mundo y en México.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Asume una postura ética acerca de los movimientos sociales y políticos que originaron los derechos humanos en el mundo y su influencia en México.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Proyectos como un recurso para atender problemáticas de la comunidad desde una ciudadanía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actividades y proyectos en su entorno escolar y social, en donde aplica mecanismos de participación democrática y los rasgos de la ciudadanía responsable y crítica.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Principios y valores de la cultura democrática como forma de gobierno y de vida.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Aprecia en los principios y valores de la democracia una forma de vida y de gobierno, para tomar decisiones que fortalezcan la convivencia en los espacios donde participa.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Instituciones, organizaciones y mecanismos de representación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 función de las instituciones y organizaciones sociales y políticas, así como de los mecanismos de participación y representación ciudadana, que fortalecen la vida democrática.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Tecnología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y representación técnica.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la importancia del lenguaje técnico y el consenso en su uso desde diferentes contextos, para proponer formas de representación y comunicar sus ideas.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Herramientas, máquinas e instrumentos, como extensión corporal, en la satisfacción continua de intereses y necesidades humanas.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Explora las posibilidades corporales y la delegación de funciones en herramientas, máquinas, instrumentos y formas de organización para identificar sus funciones y procesos de cambio técnico, en la satisfacción de intereses y necesidades de diversas sociedades.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Procesos técnicos.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los elementos que interactúan en los sistemas técnicos (formas de organización, medios, materiales, energía, conocimientos, saberes, experiencias) para comprender su vínculo con la sociedad, la cultura y la naturaleza.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Materiales, procesos técnicos y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el origen, transformación y características tecnológicas de los materiales que comparten técnicas similares, para utilizarlos desde una perspectiva local, eficiente y sustentable.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Usos e implicaciones de la energía en los procesos técnicos.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Comprende la función de la energía en los sistemas técnicos y sus implicaciones en el desarrollo tecnológico para la toma de decisiones responsables, que permitan prever y disminuir riesgos personales, sociales y naturales. 1er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estratégico y creativo en la resolución de problemas.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necesidades del entorno cercano para plantear un problema, investigar alternativas de solución y seleccionar la que mejor se adapte a los criterios y condiciones contextuales.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Evaluación de sistemas tecnológicos.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 importancia de la evaluación de los procesos como parte de la innovación y mejora continua, para el logro de la eficiencia, eficacia, fiabilidad y factibilidad de los sistemas técnicos.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Factores que inciden en los procesos técnicos.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Comprende la satisfacción de necesidades como la base de la creación e innovación técnica para reflexionar acerca de la influencia de intereses, prejuicios, estereotipos y aspiraciones, que favorecen o limitan la igualdad de oportunidades, en el desarrollo de procesos técnicos.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Socioemocional / Tutoría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Formas de ser, pensar, actuar y relacionarse.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ideas, gustos, necesidades, posibilidades, intereses, deseos y experiencias, para favorecer el autoconocimiento y descubrimiento de nuevas potencialidades.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Educación Integral en Sexualidad.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las dimensiones de la sexualidad: biológica, psicológica, social, cultural, entre otras, en distintos momentos de su vida, para establecer relaciones en favor del bienestar.</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Prevención de situaciones de riesgo.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Incorpora prácticas que inciden en la prevención de situaciones de riesgo ante accidentes, adicciones, formas de violencia y fenómenos naturales, para favorecer el desarrollo personal, familiar y comunitario, así como el cuidado del medio ambiente.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sentimientos y su influencia en la toma de decisiones.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Distingue entre emociones, estados de ánimo y sentimientos como elementos que contribuyen a la construcción de relaciones afectivas inclusivas y equitativas. Reconoce que los sentimientos son resultado de las vivencias y la cultura.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del proyecto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cambios presentes a lo largo de la vida y en la adolescencia para definir metas personales y en colectivo, a alcanzar en un corto, mediano y largo plazo. Valora metas individuales y de otras personas a partir de identificar situaciones y formas de actuar que las afectan, para favorecer su logro y el bienestar colectivo.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Física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Estilos de vida activos y saludables.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Implementa acciones que le permiten mantenerse físicamente activo en diferentes momentos del día, para favorecer la práctica de estilos de vida saludables.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Capacidades, habilidades y destrezas motrices.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Explora las capacidades, habilidades y destrezas motrices, para enriquecer y ampliar el potencial propio y de las demás personas.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motriz.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Pone a prueba la interacción motriz en situaciones de juego, iniciación deportiva y deporte educativo, con el fin de alcanzar metas comunes y obtener satisfacción al colaborar con las demás personas.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Potencialidades cognitivas, expresivas, motrices, creativas y de relación.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Pone en práctica los elementos de la condición física en actividades motrices y recreativas, para reconocerlas como alternativas que fomentan el bienestar individual y colectivo.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lúdico, estratégico y creativo.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Toma decisiones individuales y colectivas en situaciones de juego (defensivas u ofensivas), con el propósito de valorar su efectividad.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16B6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16B6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spacing w:after="0" w:line="259" w:lineRule="auto"/>
            </w:pPr>
            <w:r>
              <w:rPr>
                <w:rFonts w:ascii="Arial" w:hAnsi="Arial"/>
                <w:b w:val="0"/>
                <w:i w:val="0"/>
                <w:color w:val="263238"/>
                <w:sz w:val="18"/>
              </w:rPr>
              <w:t>Organizar proyectos integradores con momentos claros de inicio, desarrollo, cierre y profundización disciplinar.</w:t>
            </w:r>
          </w:p>
        </w:tc>
      </w:tr>
      <w:tr>
        <w:tc>
          <w:tcPr>
            <w:tcW w:type="dxa" w:w="285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Recursos de telesecundaria</w:t>
            </w:r>
          </w:p>
        </w:tc>
        <w:tc>
          <w:tcPr>
            <w:tcW w:type="dxa" w:w="651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Combinar libros, materiales audiovisuales, recursos descargados, experiencias prácticas y saberes de la comunidad según la conectividad disponible.</w:t>
            </w:r>
          </w:p>
        </w:tc>
      </w:tr>
      <w:tr>
        <w:tc>
          <w:tcPr>
            <w:tcW w:type="dxa" w:w="2850"/>
            <w:tcMar>
              <w:top w:w="95" w:type="dxa"/>
              <w:start w:w="125" w:type="dxa"/>
              <w:bottom w:w="95" w:type="dxa"/>
              <w:end w:w="125" w:type="dxa"/>
            </w:tcMar>
            <w:vAlign w:val="center"/>
          </w:tcPr>
          <w:p>
            <w:pPr>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spacing w:after="0" w:line="259" w:lineRule="auto"/>
            </w:pPr>
            <w:r>
              <w:rPr>
                <w:rFonts w:ascii="Arial" w:hAnsi="Arial"/>
                <w:b w:val="0"/>
                <w:i w:val="0"/>
                <w:color w:val="263238"/>
                <w:sz w:val="18"/>
              </w:rPr>
              <w:t>Integrar portafolio de evidencias, producciones de proyecto, diálogo, autoevaluación y retroalimentación para ajustar la intervención.</w:t>
            </w:r>
          </w:p>
        </w:tc>
      </w:tr>
      <w:tr>
        <w:tc>
          <w:tcPr>
            <w:tcW w:type="dxa" w:w="285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Revisión colegiada</w:t>
            </w:r>
          </w:p>
        </w:tc>
        <w:tc>
          <w:tcPr>
            <w:tcW w:type="dxa" w:w="651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Al cierre de cada periodo, revisar avances por disciplina, contenidos pendientes, asistencia, participación y ajustes de los proyectos.</w:t>
            </w:r>
          </w:p>
        </w:tc>
      </w:tr>
    </w:tbl>
    <w:p>
      <w:pPr>
        <w:spacing w:after="20"/>
      </w:pPr>
    </w:p>
    <w:p>
      <w:r>
        <w:br w:type="page"/>
      </w:r>
    </w:p>
    <w:p>
      <w:pPr>
        <w:pStyle w:val="Heading1"/>
        <w:keepNext/>
      </w:pPr>
      <w:r>
        <w:rPr>
          <w:rFonts w:ascii="Arial" w:hAnsi="Arial"/>
          <w:b/>
          <w:i w:val="0"/>
          <w:color w:val="16B6C8"/>
          <w:sz w:val="30"/>
        </w:rPr>
        <w:t>Referentes consultados</w:t>
      </w:r>
    </w:p>
    <w:p>
      <w:pPr>
        <w:pStyle w:val="ListBullet"/>
        <w:spacing w:after="100"/>
      </w:pPr>
      <w:hyperlink r:id="rId12">
        <w:r>
          <w:rPr>
            <w:color w:val="16B6C8"/>
            <w:u w:val="single"/>
          </w:rPr>
          <w:t>Orientaciones para la Fase Intensiva del Consejo Técnico Escolar. Ciclo escolar 2026-2027</w:t>
        </w:r>
      </w:hyperlink>
      <w:r>
        <w:t>Orientaciones para la Fase Intensiva del Consejo Técnico Escolar. Ciclo escolar 2026-2027</w:t>
      </w:r>
    </w:p>
    <w:p>
      <w:pPr>
        <w:pStyle w:val="ListBullet"/>
        <w:spacing w:after="100"/>
      </w:pPr>
      <w:hyperlink r:id="rId13">
        <w:r>
          <w:rPr>
            <w:color w:val="16B6C8"/>
            <w:u w:val="single"/>
          </w:rPr>
          <w:t>Plan de Estudio para la Educación Preescolar, Primaria y Secundaria 2022</w:t>
        </w:r>
      </w:hyperlink>
    </w:p>
    <w:p>
      <w:pPr>
        <w:pStyle w:val="ListBullet"/>
        <w:spacing w:after="100"/>
      </w:pPr>
      <w:hyperlink r:id="rId14">
        <w:r>
          <w:rPr>
            <w:color w:val="16B6C8"/>
            <w:u w:val="single"/>
          </w:rPr>
          <w:t>Programa Analítico. Tema 2. Consejo Técnico Escolar. Ciclo escolar 2025-2026</w:t>
        </w:r>
      </w:hyperlink>
    </w:p>
    <w:p>
      <w:pPr>
        <w:pStyle w:val="ListBullet"/>
        <w:spacing w:after="100"/>
      </w:pPr>
      <w:hyperlink r:id="rId15">
        <w:r>
          <w:rPr>
            <w:color w:val="16B6C8"/>
            <w:u w:val="single"/>
          </w:rPr>
          <w:t>Programas Sintéticos de las Fases 2 a 6</w:t>
        </w:r>
      </w:hyperlink>
    </w:p>
    <w:p>
      <w:pPr>
        <w:pStyle w:val="ListBullet"/>
        <w:spacing w:after="100"/>
      </w:pPr>
      <w:hyperlink r:id="rId16">
        <w:r>
          <w:rPr>
            <w:color w:val="16B6C8"/>
            <w:u w:val="single"/>
          </w:rPr>
          <w:t>Programa Sintético Fase 6</w:t>
        </w:r>
      </w:hyperlink>
      <w:r>
        <w:t>Programa de Estudio para la Educación Secundaria: Programa Sintético de la Fase 6</w:t>
      </w:r>
    </w:p>
    <w:tbl>
      <w:tblPr>
        <w:tblW w:type="dxa" w:w="9360"/>
        <w:jc w:val="center"/>
        <w:tblLayout w:type="fixed"/>
        <w:tblLook w:firstColumn="1" w:firstRow="1" w:lastColumn="0" w:lastRow="0" w:noHBand="0" w:noVBand="1" w:val="04A0"/>
      </w:tblPr>
      <w:tblGrid>
        <w:gridCol w:w="9360"/>
      </w:tblGrid>
      <w:tr>
        <w:tc>
          <w:tcPr>
            <w:tcW w:type="dxa" w:w="9360"/>
            <w:shd w:fill="E9F9FB"/>
            <w:tcMar>
              <w:top w:w="130" w:type="dxa"/>
              <w:start w:w="160" w:type="dxa"/>
              <w:bottom w:w="130" w:type="dxa"/>
              <w:end w:w="160" w:type="dxa"/>
            </w:tcMar>
          </w:tcPr>
          <w:p>
            <w:r>
              <w:rPr>
                <w:rFonts w:ascii="Arial" w:hAnsi="Arial"/>
                <w:b/>
                <w:i w:val="0"/>
                <w:color w:val="79A61F"/>
                <w:sz w:val="20"/>
              </w:rPr>
              <w:t>Sugerencia de uso: Para fortalecer este Programa Analítico, se recomienda contrastarlo con el Programa Sintético de la Fase 6 y enriquecerlo mediante el diálogo del colectivo, considerando la organización, los recursos y las necesidades concretas de la telesecundaria.</w:t>
            </w:r>
            <w:r>
              <w:rPr>
                <w:rFonts w:ascii="Arial" w:hAnsi="Arial"/>
                <w:b w:val="0"/>
                <w:i w:val="0"/>
                <w:color w:val="263238"/>
                <w:sz w:val="20"/>
              </w:rPr>
            </w:r>
          </w:p>
        </w:tc>
      </w:tr>
    </w:tbl>
    <w:p>
      <w:pPr>
        <w:spacing w:after="20"/>
      </w:pPr>
      <w:r>
        <w:t>Portal oficial de Telesecundaria. SEP: https://telesecundaria.sep.gob.mx/</w:t>
      </w:r>
    </w:p>
    <w:p>
      <w:pPr>
        <w:pageBreakBefore/>
        <w:spacing w:before="640"/>
        <w:jc w:val="center"/>
      </w:pPr>
      <w:r>
        <w:rPr>
          <w:rFonts w:ascii="Arial" w:hAnsi="Arial"/>
          <w:b/>
          <w:i w:val="0"/>
          <w:color w:val="7447C8"/>
          <w:sz w:val="40"/>
        </w:rPr>
        <w:t>¡Gracias por su atención!</w:t>
      </w:r>
    </w:p>
    <w:p>
      <w:pPr>
        <w:spacing w:after="200" w:line="269" w:lineRule="auto"/>
        <w:jc w:val="center"/>
      </w:pPr>
      <w:r>
        <w:rPr>
          <w:rFonts w:ascii="Arial" w:hAnsi="Arial"/>
          <w:b/>
          <w:i w:val="0"/>
          <w:color w:val="16B6C8"/>
          <w:sz w:val="26"/>
        </w:rPr>
        <w:t>¿Quieres tener más materiales listos para tus clases?</w:t>
      </w:r>
    </w:p>
    <w:p>
      <w:pPr>
        <w:jc w:val="center"/>
      </w:pPr>
      <w:r>
        <w:drawing>
          <wp:inline xmlns:a="http://schemas.openxmlformats.org/drawingml/2006/main" xmlns:pic="http://schemas.openxmlformats.org/drawingml/2006/picture">
            <wp:extent cx="2606040" cy="3909060"/>
            <wp:docPr id="4" name="Picture 4"/>
            <wp:cNvGraphicFramePr>
              <a:graphicFrameLocks noChangeAspect="1"/>
            </wp:cNvGraphicFramePr>
            <a:graphic>
              <a:graphicData uri="http://schemas.openxmlformats.org/drawingml/2006/picture">
                <pic:pic>
                  <pic:nvPicPr>
                    <pic:cNvPr id="0" name="exec-3acf2b79-3c13-4b02-980a-51d8c0b49c16.png"/>
                    <pic:cNvPicPr/>
                  </pic:nvPicPr>
                  <pic:blipFill>
                    <a:blip r:embed="rId19"/>
                    <a:stretch>
                      <a:fillRect/>
                    </a:stretch>
                  </pic:blipFill>
                  <pic:spPr>
                    <a:xfrm>
                      <a:off x="0" y="0"/>
                      <a:ext cx="2606040" cy="3909060"/>
                    </a:xfrm>
                    <a:prstGeom prst="rect"/>
                  </pic:spPr>
                </pic:pic>
              </a:graphicData>
            </a:graphic>
          </wp:inline>
        </w:drawing>
      </w:r>
    </w:p>
    <w:p>
      <w:pPr>
        <w:spacing w:after="100" w:line="269" w:lineRule="auto"/>
        <w:jc w:val="center"/>
      </w:pPr>
      <w:r>
        <w:rPr>
          <w:rFonts w:ascii="Arial" w:hAnsi="Arial"/>
          <w:b/>
          <w:i w:val="0"/>
          <w:color w:val="68757D"/>
          <w:sz w:val="24"/>
        </w:rPr>
        <w:t>Únete a la membresía Docentes al Día y accede a planeaciones, programas analíticos premium, recursos para CTE y herramientas que facilitan tu trabajo.</w:t>
      </w:r>
    </w:p>
    <w:p>
      <w:pPr>
        <w:jc w:val="center"/>
      </w:pPr>
      <w:r>
        <w:rPr>
          <w:b/>
          <w:color w:val="79A61F"/>
          <w:sz w:val="24"/>
        </w:rPr>
        <w:t>Todo para tus clases, más tiempo para ti.</w:t>
      </w:r>
    </w:p>
    <w:p>
      <w:pPr>
        <w:jc w:val="center"/>
      </w:pPr>
      <w:hyperlink r:id="rId20">
        <w:r>
          <w:rPr>
            <w:color w:val="7447C8"/>
            <w:u w:val="single"/>
          </w:rPr>
          <w:t>Regístrate aquí: 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pgBorders w:offsetFrom="page">
        <w:top w:val="single" w:sz="9" w:space="17" w:color="7447C8"/>
        <w:left w:val="single" w:sz="9" w:space="17" w:color="7447C8"/>
        <w:bottom w:val="single" w:sz="9" w:space="17" w:color="7447C8"/>
        <w:right w:val="single" w:sz="9" w:space="17" w:color="7447C8"/>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6"/>
      </w:rPr>
      <w:t>DOCENTES AL DÍA · PROGRAMA ANALÍTICO DE TELESECUNDARIA · 2026-2027</w:t>
    </w: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_6.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Ejemplo Programa Analitico Primer Secundaria Membresia</dc:title>
  <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