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369F5" w14:textId="51FFB3F5" w:rsidR="008F68B4" w:rsidRPr="0059350D" w:rsidRDefault="0059350D">
      <w:pPr>
        <w:pStyle w:val="Ttulo"/>
        <w:jc w:val="center"/>
      </w:pPr>
      <w:r w:rsidRPr="0059350D">
        <w:rPr>
          <w:color w:val="365F91" w:themeColor="accent1" w:themeShade="BF"/>
          <w:sz w:val="32"/>
          <w:szCs w:val="56"/>
        </w:rPr>
        <w:drawing>
          <wp:anchor distT="0" distB="0" distL="114300" distR="114300" simplePos="0" relativeHeight="251659776" behindDoc="0" locked="0" layoutInCell="1" allowOverlap="1" wp14:anchorId="67BC50CD" wp14:editId="5B1EA838">
            <wp:simplePos x="0" y="0"/>
            <wp:positionH relativeFrom="column">
              <wp:posOffset>-452120</wp:posOffset>
            </wp:positionH>
            <wp:positionV relativeFrom="paragraph">
              <wp:posOffset>-200025</wp:posOffset>
            </wp:positionV>
            <wp:extent cx="236220" cy="236220"/>
            <wp:effectExtent l="0" t="0" r="0" b="0"/>
            <wp:wrapNone/>
            <wp:docPr id="5842795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59350D">
        <w:rPr>
          <w:color w:val="365F91" w:themeColor="accent1" w:themeShade="BF"/>
          <w:sz w:val="32"/>
          <w:szCs w:val="56"/>
        </w:rPr>
        <w:t>Acta de compromiso para el acompañamiento académico</w:t>
      </w:r>
    </w:p>
    <w:p w14:paraId="713508E1" w14:textId="77777777" w:rsidR="0059350D" w:rsidRDefault="0059350D" w:rsidP="0059350D">
      <w:pPr>
        <w:rPr>
          <w:b/>
        </w:rPr>
      </w:pPr>
    </w:p>
    <w:p w14:paraId="1AE4CBE0" w14:textId="34CB2AC8" w:rsidR="008F68B4" w:rsidRPr="0059350D" w:rsidRDefault="00000000" w:rsidP="0059350D">
      <w:r w:rsidRPr="0059350D">
        <w:rPr>
          <w:b/>
        </w:rPr>
        <w:t xml:space="preserve">Escuela: </w:t>
      </w:r>
      <w:r w:rsidRPr="0059350D">
        <w:t>____________________________________________________________</w:t>
      </w:r>
    </w:p>
    <w:p w14:paraId="566E0B1E" w14:textId="77777777" w:rsidR="008F68B4" w:rsidRPr="0059350D" w:rsidRDefault="00000000">
      <w:r w:rsidRPr="0059350D">
        <w:rPr>
          <w:b/>
        </w:rPr>
        <w:t xml:space="preserve">Lugar y fecha: </w:t>
      </w:r>
      <w:r w:rsidRPr="0059350D">
        <w:t>__________________________________________________________</w:t>
      </w:r>
    </w:p>
    <w:p w14:paraId="56AD6752" w14:textId="488C860E" w:rsidR="008F68B4" w:rsidRPr="0059350D" w:rsidRDefault="00000000">
      <w:r w:rsidRPr="0059350D">
        <w:t>Yo, ____________________________________________________________, madre, padre o persona tutora de __________________________________________________________, estudiante de ______ grado, grupo ______, del ciclo escolar ______________, manifiesto mi disposición a colaborar con la escuela para fortalecer su aprendizaje mediante las actividades de apoyo académico acordadas.</w:t>
      </w:r>
    </w:p>
    <w:p w14:paraId="5561A46E" w14:textId="77777777" w:rsidR="008F68B4" w:rsidRPr="0059350D" w:rsidRDefault="00000000">
      <w:r w:rsidRPr="0059350D">
        <w:rPr>
          <w:b/>
        </w:rPr>
        <w:t>Con ese propósito, me comprometo a:</w:t>
      </w:r>
    </w:p>
    <w:p w14:paraId="1DEE0287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1.  </w:t>
      </w:r>
      <w:r w:rsidRPr="0059350D">
        <w:t>Favorecer su asistencia puntual a clases y a las sesiones de apoyo académico que la escuela programe, conforme a los horarios que se me informen.</w:t>
      </w:r>
    </w:p>
    <w:p w14:paraId="4EE3C477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2.  </w:t>
      </w:r>
      <w:r w:rsidRPr="0059350D">
        <w:t>Acordar en casa un tiempo y un lugar adecuados para estudiar y realizar las actividades escolares, de acuerdo con nuestras posibilidades.</w:t>
      </w:r>
    </w:p>
    <w:p w14:paraId="12F4F7C1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3.  </w:t>
      </w:r>
      <w:r w:rsidRPr="0059350D">
        <w:t>Revisar que cuente con los materiales necesarios y acompañarlo en la organización de sus tareas, promoviendo que las realice por sí mismo.</w:t>
      </w:r>
    </w:p>
    <w:p w14:paraId="5AD15784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4.  </w:t>
      </w:r>
      <w:r w:rsidRPr="0059350D">
        <w:t>Mantener comunicación con el docente para conocer sus avances, dificultades y las acciones de apoyo que puedan realizarse en casa.</w:t>
      </w:r>
    </w:p>
    <w:p w14:paraId="2C1749D5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5.  </w:t>
      </w:r>
      <w:r w:rsidRPr="0059350D">
        <w:t>Asistir a las reuniones o entrevistas que convoque la escuela y avisar oportunamente cuando no me sea posible acudir.</w:t>
      </w:r>
    </w:p>
    <w:p w14:paraId="147832EB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6.  </w:t>
      </w:r>
      <w:r w:rsidRPr="0059350D">
        <w:t>Informar a la escuela sobre las inasistencias a clases o a las sesiones de apoyo y colaborar para dar continuidad a las actividades pendientes.</w:t>
      </w:r>
    </w:p>
    <w:p w14:paraId="6246203C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7.  </w:t>
      </w:r>
      <w:r w:rsidRPr="0059350D">
        <w:t>Motivar su participación y reconocer su esfuerzo, evitando descalificaciones por los errores o las dificultades que presente.</w:t>
      </w:r>
    </w:p>
    <w:p w14:paraId="374F86D9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8.  </w:t>
      </w:r>
      <w:r w:rsidRPr="0059350D">
        <w:t>Escucharlo con atención y brindarle un trato respetuoso y afectuoso que favorezca su confianza para aprender.</w:t>
      </w:r>
    </w:p>
    <w:p w14:paraId="00F4FFA3" w14:textId="77777777" w:rsidR="008F68B4" w:rsidRPr="0059350D" w:rsidRDefault="00000000">
      <w:pPr>
        <w:ind w:left="312" w:hanging="312"/>
      </w:pPr>
      <w:r w:rsidRPr="0059350D">
        <w:rPr>
          <w:b/>
        </w:rPr>
        <w:t xml:space="preserve">9.  </w:t>
      </w:r>
      <w:r w:rsidRPr="0059350D">
        <w:t>Revisar, junto con la escuela, los avances alcanzados y ajustar los apoyos cuando sea necesario.</w:t>
      </w:r>
    </w:p>
    <w:p w14:paraId="51FFCAA8" w14:textId="77777777" w:rsidR="008F68B4" w:rsidRPr="0059350D" w:rsidRDefault="00000000">
      <w:r w:rsidRPr="0059350D">
        <w:t>Este compromiso busca fortalecer el trabajo conjunto entre la familia y la escuela. Se revisará durante el periodo de apoyo académico acordado, considerando los avances y necesidades del estudiante.</w:t>
      </w:r>
    </w:p>
    <w:p w14:paraId="5D0E82F2" w14:textId="77777777" w:rsidR="008F68B4" w:rsidRPr="0059350D" w:rsidRDefault="00000000">
      <w:pPr>
        <w:spacing w:before="280"/>
      </w:pPr>
      <w:r w:rsidRPr="0059350D">
        <w:t>Periodo de seguimiento: del __________________ al 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8F68B4" w:rsidRPr="0059350D" w14:paraId="3102CFCB" w14:textId="77777777">
        <w:tc>
          <w:tcPr>
            <w:tcW w:w="4762" w:type="dxa"/>
            <w:vAlign w:val="center"/>
          </w:tcPr>
          <w:p w14:paraId="22D9340B" w14:textId="77777777" w:rsidR="0059350D" w:rsidRDefault="0059350D">
            <w:pPr>
              <w:spacing w:after="0"/>
              <w:jc w:val="center"/>
              <w:rPr>
                <w:sz w:val="18"/>
              </w:rPr>
            </w:pPr>
          </w:p>
          <w:p w14:paraId="25110EE6" w14:textId="77777777" w:rsidR="0059350D" w:rsidRDefault="0059350D">
            <w:pPr>
              <w:spacing w:after="0"/>
              <w:jc w:val="center"/>
              <w:rPr>
                <w:sz w:val="18"/>
              </w:rPr>
            </w:pPr>
          </w:p>
          <w:p w14:paraId="17A0D84B" w14:textId="77777777" w:rsidR="0059350D" w:rsidRDefault="0059350D">
            <w:pPr>
              <w:spacing w:after="0"/>
              <w:jc w:val="center"/>
              <w:rPr>
                <w:sz w:val="18"/>
              </w:rPr>
            </w:pPr>
          </w:p>
          <w:p w14:paraId="10C26325" w14:textId="01AE5288" w:rsidR="008F68B4" w:rsidRPr="0059350D" w:rsidRDefault="00000000">
            <w:pPr>
              <w:spacing w:after="0"/>
              <w:jc w:val="center"/>
            </w:pPr>
            <w:r w:rsidRPr="0059350D">
              <w:rPr>
                <w:sz w:val="18"/>
              </w:rPr>
              <w:t>___________________________________</w:t>
            </w:r>
          </w:p>
        </w:tc>
        <w:tc>
          <w:tcPr>
            <w:tcW w:w="4762" w:type="dxa"/>
            <w:vAlign w:val="center"/>
          </w:tcPr>
          <w:p w14:paraId="741A16F1" w14:textId="77777777" w:rsidR="0059350D" w:rsidRDefault="0059350D">
            <w:pPr>
              <w:spacing w:after="0"/>
              <w:jc w:val="center"/>
              <w:rPr>
                <w:sz w:val="18"/>
              </w:rPr>
            </w:pPr>
          </w:p>
          <w:p w14:paraId="216BE923" w14:textId="77777777" w:rsidR="0059350D" w:rsidRDefault="0059350D">
            <w:pPr>
              <w:spacing w:after="0"/>
              <w:jc w:val="center"/>
              <w:rPr>
                <w:sz w:val="18"/>
              </w:rPr>
            </w:pPr>
          </w:p>
          <w:p w14:paraId="18BE273F" w14:textId="77777777" w:rsidR="0059350D" w:rsidRDefault="0059350D">
            <w:pPr>
              <w:spacing w:after="0"/>
              <w:jc w:val="center"/>
              <w:rPr>
                <w:sz w:val="18"/>
              </w:rPr>
            </w:pPr>
          </w:p>
          <w:p w14:paraId="0C624522" w14:textId="27EF0C78" w:rsidR="008F68B4" w:rsidRPr="0059350D" w:rsidRDefault="00000000">
            <w:pPr>
              <w:spacing w:after="0"/>
              <w:jc w:val="center"/>
            </w:pPr>
            <w:r w:rsidRPr="0059350D">
              <w:rPr>
                <w:sz w:val="18"/>
              </w:rPr>
              <w:t>___________________________________</w:t>
            </w:r>
          </w:p>
        </w:tc>
      </w:tr>
      <w:tr w:rsidR="008F68B4" w:rsidRPr="0059350D" w14:paraId="3C9EA876" w14:textId="77777777">
        <w:tc>
          <w:tcPr>
            <w:tcW w:w="4762" w:type="dxa"/>
            <w:vAlign w:val="center"/>
          </w:tcPr>
          <w:p w14:paraId="53EA5930" w14:textId="77777777" w:rsidR="008F68B4" w:rsidRPr="0059350D" w:rsidRDefault="00000000">
            <w:pPr>
              <w:spacing w:after="0"/>
              <w:jc w:val="center"/>
            </w:pPr>
            <w:r w:rsidRPr="0059350D">
              <w:rPr>
                <w:sz w:val="18"/>
              </w:rPr>
              <w:t>Nombre y firma de madre, padre o tutor</w:t>
            </w:r>
          </w:p>
        </w:tc>
        <w:tc>
          <w:tcPr>
            <w:tcW w:w="4762" w:type="dxa"/>
            <w:vAlign w:val="center"/>
          </w:tcPr>
          <w:p w14:paraId="606C7A5A" w14:textId="77777777" w:rsidR="008F68B4" w:rsidRPr="0059350D" w:rsidRDefault="00000000">
            <w:pPr>
              <w:spacing w:after="0"/>
              <w:jc w:val="center"/>
            </w:pPr>
            <w:r w:rsidRPr="0059350D">
              <w:rPr>
                <w:sz w:val="18"/>
              </w:rPr>
              <w:t>Nombre y firma del docente</w:t>
            </w:r>
          </w:p>
        </w:tc>
      </w:tr>
    </w:tbl>
    <w:p w14:paraId="2DB18192" w14:textId="77777777" w:rsidR="005D7165" w:rsidRDefault="005D7165"/>
    <w:sectPr w:rsidR="005D7165" w:rsidSect="0059350D">
      <w:pgSz w:w="12240" w:h="15840"/>
      <w:pgMar w:top="879" w:right="1276" w:bottom="822" w:left="127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8108740">
    <w:abstractNumId w:val="8"/>
  </w:num>
  <w:num w:numId="2" w16cid:durableId="1873883922">
    <w:abstractNumId w:val="6"/>
  </w:num>
  <w:num w:numId="3" w16cid:durableId="393045263">
    <w:abstractNumId w:val="5"/>
  </w:num>
  <w:num w:numId="4" w16cid:durableId="1534922751">
    <w:abstractNumId w:val="4"/>
  </w:num>
  <w:num w:numId="5" w16cid:durableId="228276191">
    <w:abstractNumId w:val="7"/>
  </w:num>
  <w:num w:numId="6" w16cid:durableId="1230268056">
    <w:abstractNumId w:val="3"/>
  </w:num>
  <w:num w:numId="7" w16cid:durableId="1350527964">
    <w:abstractNumId w:val="2"/>
  </w:num>
  <w:num w:numId="8" w16cid:durableId="2102022692">
    <w:abstractNumId w:val="1"/>
  </w:num>
  <w:num w:numId="9" w16cid:durableId="116686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350D"/>
    <w:rsid w:val="005D7165"/>
    <w:rsid w:val="008A240C"/>
    <w:rsid w:val="008F68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AA2E2E"/>
  <w14:defaultImageDpi w14:val="300"/>
  <w15:docId w15:val="{2DCD11BB-1E93-4765-8429-3D1D920A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0"/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339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Marcela Berenice Rodriguez Cardenas</cp:lastModifiedBy>
  <cp:revision>2</cp:revision>
  <dcterms:created xsi:type="dcterms:W3CDTF">2013-12-23T23:15:00Z</dcterms:created>
  <dcterms:modified xsi:type="dcterms:W3CDTF">2026-10-04T01:21:00Z</dcterms:modified>
  <cp:category/>
</cp:coreProperties>
</file>