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93E" w:rsidRDefault="006E3CAF">
      <w:pPr>
        <w:spacing w:after="320"/>
        <w:jc w:val="center"/>
      </w:pPr>
      <w:r>
        <w:rPr>
          <w:noProof/>
        </w:rPr>
        <w:drawing>
          <wp:inline distT="0" distB="0" distL="0" distR="0">
            <wp:extent cx="384048" cy="2468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emblema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4048" cy="24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b/>
          <w:color w:val="146F78"/>
          <w:sz w:val="24"/>
        </w:rPr>
        <w:t>DOCENTES AL DÍA</w:t>
      </w:r>
    </w:p>
    <w:p w:rsidR="00EF093E" w:rsidRDefault="006E3CAF">
      <w:pPr>
        <w:pStyle w:val="Ttulo"/>
        <w:spacing w:after="280" w:line="276" w:lineRule="auto"/>
        <w:jc w:val="center"/>
      </w:pPr>
      <w:r>
        <w:rPr>
          <w:rFonts w:ascii="Calibri" w:hAnsi="Calibri"/>
        </w:rPr>
        <w:t>Observaciones y recomendaciones</w:t>
      </w:r>
      <w:r>
        <w:rPr>
          <w:rFonts w:ascii="Calibri" w:hAnsi="Calibri"/>
        </w:rPr>
        <w:br/>
        <w:t>para reporte</w:t>
      </w:r>
      <w:r w:rsidR="00793E30">
        <w:rPr>
          <w:rFonts w:ascii="Calibri" w:hAnsi="Calibri"/>
        </w:rPr>
        <w:t>s</w:t>
      </w:r>
      <w:bookmarkStart w:id="0" w:name="_GoBack"/>
      <w:bookmarkEnd w:id="0"/>
      <w:r>
        <w:rPr>
          <w:rFonts w:ascii="Calibri" w:hAnsi="Calibri"/>
        </w:rPr>
        <w:t xml:space="preserve"> de evaluación</w:t>
      </w:r>
      <w:r>
        <w:rPr>
          <w:rFonts w:ascii="Calibri" w:hAnsi="Calibri"/>
        </w:rPr>
        <w:br/>
        <w:t>de los cuatro campos formativos</w:t>
      </w:r>
    </w:p>
    <w:p w:rsidR="00EF093E" w:rsidRDefault="006E3CAF">
      <w:pPr>
        <w:spacing w:after="160"/>
        <w:jc w:val="center"/>
      </w:pPr>
      <w:r>
        <w:rPr>
          <w:b/>
          <w:color w:val="146F78"/>
          <w:sz w:val="20"/>
        </w:rPr>
        <w:t>RECURSO DOCENTE EDITABLE</w:t>
      </w:r>
    </w:p>
    <w:p w:rsidR="00EF093E" w:rsidRDefault="006E3CAF">
      <w:pPr>
        <w:spacing w:after="360" w:line="276" w:lineRule="auto"/>
        <w:jc w:val="center"/>
      </w:pPr>
      <w:r>
        <w:rPr>
          <w:noProof/>
        </w:rPr>
        <w:drawing>
          <wp:inline distT="0" distB="0" distL="0" distR="0">
            <wp:extent cx="5806440" cy="3870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ec-ebada3f8-6f90-4722-8c69-fa6436a7f17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644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93E" w:rsidRDefault="006E3CAF">
      <w:pPr>
        <w:jc w:val="center"/>
      </w:pPr>
      <w:r>
        <w:rPr>
          <w:sz w:val="24"/>
        </w:rPr>
        <w:t>Frases para reconocer avances y orientar los siguientes pasos del aprendizaje.</w:t>
      </w:r>
    </w:p>
    <w:p w:rsidR="00EF093E" w:rsidRDefault="006E3CAF">
      <w:pPr>
        <w:spacing w:after="0"/>
        <w:jc w:val="center"/>
      </w:pPr>
      <w:r>
        <w:rPr>
          <w:sz w:val="21"/>
        </w:rPr>
        <w:t xml:space="preserve">Selecciona y adapta cada frase a las </w:t>
      </w:r>
      <w:r>
        <w:rPr>
          <w:sz w:val="21"/>
        </w:rPr>
        <w:t>evidencias de aprendizaje, el grado y las necesidades de cada estudiante.</w:t>
      </w:r>
    </w:p>
    <w:p w:rsidR="00EF093E" w:rsidRDefault="006E3CAF">
      <w:r>
        <w:br w:type="page"/>
      </w:r>
    </w:p>
    <w:p w:rsidR="00EF093E" w:rsidRDefault="006E3CAF">
      <w:pPr>
        <w:pStyle w:val="Ttulo1"/>
      </w:pPr>
      <w:r>
        <w:lastRenderedPageBreak/>
        <w:t>Lenguajes</w:t>
      </w:r>
    </w:p>
    <w:p w:rsidR="00EF093E" w:rsidRDefault="006E3CAF">
      <w:r>
        <w:rPr>
          <w:b/>
          <w:sz w:val="22"/>
        </w:rPr>
        <w:t>Orientación de uso</w:t>
      </w:r>
    </w:p>
    <w:p w:rsidR="00EF093E" w:rsidRDefault="006E3CAF">
      <w:pPr>
        <w:spacing w:after="260"/>
      </w:pPr>
      <w:r>
        <w:rPr>
          <w:sz w:val="21"/>
        </w:rPr>
        <w:t>Elige las observaciones que describan lo que el alumno ha demostrado. Ajusta los apoyos sugeridos a su contexto y redacta con base en lo trabajado dura</w:t>
      </w:r>
      <w:r>
        <w:rPr>
          <w:sz w:val="21"/>
        </w:rPr>
        <w:t>nte el periodo.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01  </w:t>
      </w:r>
      <w:r>
        <w:t>Muestra avances en la comprensión lectora y participa activamente en las actividades de lectura.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02  </w:t>
      </w:r>
      <w:r>
        <w:t>Requiere continuar fortaleciendo la fluidez y entonación al leer en voz alta.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03  </w:t>
      </w:r>
      <w:r>
        <w:t>Expresa sus ideas con claridad de manera oral, aunque</w:t>
      </w:r>
      <w:r>
        <w:t xml:space="preserve"> aún necesita mejorar la organización de sus ideas al escribir.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04  </w:t>
      </w:r>
      <w:r>
        <w:t>Presenta buena ortografía en palabras conocidas, pero debe practicar el uso de mayúsculas y tildes.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05  </w:t>
      </w:r>
      <w:r>
        <w:t>Demuestra interés por la escritura creativa y elabora textos cada vez más completos.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06  </w:t>
      </w:r>
      <w:r>
        <w:t>Participa con entusiasmo en las lecturas grupales y suele hacer aportaciones pertinentes.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07  </w:t>
      </w:r>
      <w:r>
        <w:t>Necesita apoyo para comprender instrucciones largas o con varios pasos.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08  </w:t>
      </w:r>
      <w:r>
        <w:t>Ha mejorado la identificación de las ideas principales en textos breves.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09  </w:t>
      </w:r>
      <w:r>
        <w:t>Tien</w:t>
      </w:r>
      <w:r>
        <w:t>de a distraerse durante las actividades de lectura; debe trabajar en su concentración.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10  </w:t>
      </w:r>
      <w:r>
        <w:t>Es capaz de resumir textos sencillos con apoyo del docente.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11  </w:t>
      </w:r>
      <w:r>
        <w:t>Muestra buena comprensión auditiva y sigue adecuadamente indicaciones orales.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12  </w:t>
      </w:r>
      <w:r>
        <w:t>Requiere ampliar su</w:t>
      </w:r>
      <w:r>
        <w:t xml:space="preserve"> vocabulario mediante la lectura frecuente.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13  </w:t>
      </w:r>
      <w:r>
        <w:t>Presenta avances en la segmentación silábica y la lectura de palabras complejas.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14  </w:t>
      </w:r>
      <w:r>
        <w:t>Trabaja con disposición en actividades de escritura y mejora su caligrafía.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15  </w:t>
      </w:r>
      <w:r>
        <w:t xml:space="preserve">Necesita apoyo para redactar textos </w:t>
      </w:r>
      <w:r>
        <w:t>coherentes y con secuencia lógica.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16  </w:t>
      </w:r>
      <w:r>
        <w:t>Se esfuerza por mejorar su lectura y avanza de forma constante.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17  </w:t>
      </w:r>
      <w:r>
        <w:t>Participa en debates o conversaciones respetando turnos de habla.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18  </w:t>
      </w:r>
      <w:r>
        <w:t>Aún requiere apoyo para leer con mayor velocidad y seguridad.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19  </w:t>
      </w:r>
      <w:r>
        <w:t>Demuestra gus</w:t>
      </w:r>
      <w:r>
        <w:t>to por los cuentos y tiende a participar cuando se le solicita.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20  </w:t>
      </w:r>
      <w:r>
        <w:t>Muestra creatividad en sus producciones escritas.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21  </w:t>
      </w:r>
      <w:r>
        <w:t>Comprende textos informativos sencillos y responde preguntas con éxito.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22  </w:t>
      </w:r>
      <w:r>
        <w:t xml:space="preserve">Necesita reforzar la identificación de personajes, tiempo </w:t>
      </w:r>
      <w:r>
        <w:t>y lugar en narraciones.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23  </w:t>
      </w:r>
      <w:r>
        <w:t>Presenta disposición para aprender nuevas palabras y expresiones.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24  </w:t>
      </w:r>
      <w:r>
        <w:t>Requiere mejorar la presentación y orden de sus trabajos escritos.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25  </w:t>
      </w:r>
      <w:r>
        <w:t>Se comunica de forma clara, aunque a veces requiere apoyo para argumentar.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26  </w:t>
      </w:r>
      <w:r>
        <w:t>Responde</w:t>
      </w:r>
      <w:r>
        <w:t xml:space="preserve"> de manera adecuada preguntas inferenciales con ayuda.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27  </w:t>
      </w:r>
      <w:r>
        <w:t>Muestra buena actitud hacia las actividades de lectura compartida.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lastRenderedPageBreak/>
        <w:t xml:space="preserve">28  </w:t>
      </w:r>
      <w:r>
        <w:t>Necesita practicar la lectura diaria para ganar seguridad.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29  </w:t>
      </w:r>
      <w:r>
        <w:t>Interpreta imágenes y relaciona información visual con textos.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30  </w:t>
      </w:r>
      <w:r>
        <w:t>Ha mejorado en la escritura de oraciones completas y coherentes.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31  </w:t>
      </w:r>
      <w:r>
        <w:t>Debe fortalecer su comprensión cuando los textos contienen información implícita.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32  </w:t>
      </w:r>
      <w:r>
        <w:t>Destaca por su entusiasmo al participar en obras de lectura dramatizada.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33  </w:t>
      </w:r>
      <w:r>
        <w:t xml:space="preserve">Avanza en el uso de </w:t>
      </w:r>
      <w:r>
        <w:t>conectores en sus textos escritos.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34  </w:t>
      </w:r>
      <w:r>
        <w:t>Requiere reforzar la comprensión de textos largos.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35  </w:t>
      </w:r>
      <w:r>
        <w:t>Presenta buena actitud en clase y realiza preguntas pertinentes.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36  </w:t>
      </w:r>
      <w:r>
        <w:t>Está desarrollando gusto por la lectura autónoma.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37  </w:t>
      </w:r>
      <w:r>
        <w:t xml:space="preserve">Requiere mejorar la copia y dictado de </w:t>
      </w:r>
      <w:r>
        <w:t>oraciones.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38  </w:t>
      </w:r>
      <w:r>
        <w:t>Se esfuerza por mejorar la legibilidad de su escritura.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39  </w:t>
      </w:r>
      <w:r>
        <w:t>Ha mostrado progreso en la lectura de textos informativos.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40  </w:t>
      </w:r>
      <w:r>
        <w:t>Participa de forma constante y demuestra interés por el área de Lenguajes.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41  </w:t>
      </w:r>
      <w:r>
        <w:t>Identifica a quién se dirige un texto y</w:t>
      </w:r>
      <w:r>
        <w:t xml:space="preserve"> para qué fue escrito. Se recomienda comparar avisos, invitaciones y noticias para reconocer sus propósitos.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42  </w:t>
      </w:r>
      <w:r>
        <w:t>Comienza a revisar sus borradores antes de compartirlos. Conviene utilizar una guía breve para comprobar si el mensaje está completo y se entie</w:t>
      </w:r>
      <w:r>
        <w:t>nde.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43  </w:t>
      </w:r>
      <w:r>
        <w:t>Localiza información en distintas fuentes, aunque necesita comparar sus respuestas. Se sugiere consultar dos materiales sobre un mismo tema y comentar sus coincidencias.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44  </w:t>
      </w:r>
      <w:r>
        <w:t>Requiere distinguir hechos de opiniones en textos de uso cotidiano. Se re</w:t>
      </w:r>
      <w:r>
        <w:t>comienda identificar qué afirmaciones pueden comprobarse y cuáles expresan puntos de vista.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45  </w:t>
      </w:r>
      <w:r>
        <w:t xml:space="preserve">Toma notas de información escuchada, pero necesita seleccionar lo esencial. Se sugiere registrar palabras clave y utilizarlas después para explicar lo </w:t>
      </w:r>
      <w:r>
        <w:t>comprendido.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46  </w:t>
      </w:r>
      <w:r>
        <w:t>Avanza en el uso de signos de puntuación para separar ideas. Conviene releer sus textos en voz alta y revisar dónde termina cada oración.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47  </w:t>
      </w:r>
      <w:r>
        <w:t>Combina dibujos, palabras y otros recursos para comunicar un mensaje. Se recomienda explicar cómo</w:t>
      </w:r>
      <w:r>
        <w:t xml:space="preserve"> contribuye cada elemento al propósito de su producción.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48  </w:t>
      </w:r>
      <w:r>
        <w:t>Reconoce emociones e ideas en expresiones artísticas. Se sugiere observar obras, escuchar música o explorar movimientos y conversar sobre las interpretaciones que construye.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49  </w:t>
      </w:r>
      <w:r>
        <w:t>Valora las lengua</w:t>
      </w:r>
      <w:r>
        <w:t>s presentes en su familia o comunidad. Conviene recuperar palabras y expresiones de sus hablantes y comentar su significado con respeto.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0B7882"/>
          <w:sz w:val="22"/>
        </w:rPr>
        <w:t xml:space="preserve">50  </w:t>
      </w:r>
      <w:r>
        <w:t>Necesita aprovechar índices y títulos para buscar información. Se recomienda anticipar en qué apartado encontrará u</w:t>
      </w:r>
      <w:r>
        <w:t>na respuesta y comprobar su elección al consultar el texto.</w:t>
      </w:r>
    </w:p>
    <w:p w:rsidR="00EF093E" w:rsidRDefault="006E3CAF">
      <w:r>
        <w:br w:type="page"/>
      </w:r>
    </w:p>
    <w:p w:rsidR="00EF093E" w:rsidRDefault="006E3CAF">
      <w:pPr>
        <w:pStyle w:val="Ttulo1"/>
      </w:pPr>
      <w:r>
        <w:lastRenderedPageBreak/>
        <w:t>Saberes y Pensamiento Científico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01  </w:t>
      </w:r>
      <w:r>
        <w:t>Muestra interés por resolver ejercicios matemáticos y problemas cotidianos.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02  </w:t>
      </w:r>
      <w:r>
        <w:t>Requiere apoyo para mejorar el razonamiento lógico en situaciones nuevas.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03 </w:t>
      </w:r>
      <w:r>
        <w:rPr>
          <w:b/>
          <w:color w:val="6F579E"/>
          <w:sz w:val="22"/>
        </w:rPr>
        <w:t xml:space="preserve"> </w:t>
      </w:r>
      <w:r>
        <w:t>Identifica números y realiza operaciones básicas con buena precisión.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04  </w:t>
      </w:r>
      <w:r>
        <w:t>Aún necesita reforzar el cálculo mental.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05  </w:t>
      </w:r>
      <w:r>
        <w:t>Participa activamente en experimentos y actividades científicas.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06  </w:t>
      </w:r>
      <w:r>
        <w:t>Demuestra curiosidad por comprender cómo funcionan los fenómenos na</w:t>
      </w:r>
      <w:r>
        <w:t>turales.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07  </w:t>
      </w:r>
      <w:r>
        <w:t>Requiere apoyo para organizar datos en tablas o gráficas.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08  </w:t>
      </w:r>
      <w:r>
        <w:t>Avanza positivamente en la resolución de problemas paso a paso.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09  </w:t>
      </w:r>
      <w:r>
        <w:t>Le cuesta explicar sus procedimientos matemáticos, pero muestra disposición.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10  </w:t>
      </w:r>
      <w:r>
        <w:t>Presenta avances en la lectura e</w:t>
      </w:r>
      <w:r>
        <w:t xml:space="preserve"> interpretación de gráficas.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11  </w:t>
      </w:r>
      <w:r>
        <w:t>Muestra habilidad para clasificar objetos según sus características.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12  </w:t>
      </w:r>
      <w:r>
        <w:t>Necesita practicar las tablas de multiplicar para mejorar fluidez.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13  </w:t>
      </w:r>
      <w:r>
        <w:t>Trabaja con entusiasmo en actividades de observación y experimentación.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14  </w:t>
      </w:r>
      <w:r>
        <w:t>Requiere apoyo para comprender problemas de varios pasos.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15  </w:t>
      </w:r>
      <w:r>
        <w:t>Comprende conceptos básicos de ciencias naturales y los aplica en clase.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16  </w:t>
      </w:r>
      <w:r>
        <w:t>Presenta curiosidad por temas de salud, ambiente y seres vivos.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17  </w:t>
      </w:r>
      <w:r>
        <w:t>Necesita mejorar la precisión al realizar medicio</w:t>
      </w:r>
      <w:r>
        <w:t>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18  </w:t>
      </w:r>
      <w:r>
        <w:t>Resuelve operaciones con números naturales de manera adecuada.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19  </w:t>
      </w:r>
      <w:r>
        <w:t>Avanza en el uso de estrategias para solucionar problemas matemáticos.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20  </w:t>
      </w:r>
      <w:r>
        <w:t>Demuestra responsabilidad en el manejo de materiales de laboratorio.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21  </w:t>
      </w:r>
      <w:r>
        <w:t>Se esfuerza por explicar los fen</w:t>
      </w:r>
      <w:r>
        <w:t>ómenos naturales con sus propias palabras.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22  </w:t>
      </w:r>
      <w:r>
        <w:t>Necesita practicar la estimación y comparación de cantidades.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23  </w:t>
      </w:r>
      <w:r>
        <w:t>Participa en discusiones sobre cuidado del medio ambiente.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24  </w:t>
      </w:r>
      <w:r>
        <w:t>Reconoce patrones y los aplica para resolver actividades.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25  </w:t>
      </w:r>
      <w:r>
        <w:t xml:space="preserve">Requiere apoyo </w:t>
      </w:r>
      <w:r>
        <w:t>para manejar fracciones y decimales.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26  </w:t>
      </w:r>
      <w:r>
        <w:t>Trabaja con interés en actividades de clasificación y ordenamiento.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27  </w:t>
      </w:r>
      <w:r>
        <w:t>Ha mejorado su comprensión de los cambios físicos y químicos.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28  </w:t>
      </w:r>
      <w:r>
        <w:t>Demuestra habilidad para seguir instrucciones en experimentos.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29  </w:t>
      </w:r>
      <w:r>
        <w:t>Requiere m</w:t>
      </w:r>
      <w:r>
        <w:t>ejorar la resolución de problemas que implican lectura extensa.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30  </w:t>
      </w:r>
      <w:r>
        <w:t>Identifica propiedades de materiales según sus características.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lastRenderedPageBreak/>
        <w:t xml:space="preserve">31  </w:t>
      </w:r>
      <w:r>
        <w:t>Avanza en la comprensión del ciclo del agua y otros procesos naturales.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32  </w:t>
      </w:r>
      <w:r>
        <w:t>Trabaja con disposición en equipo para resol</w:t>
      </w:r>
      <w:r>
        <w:t>ver problemas matemáticos.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33  </w:t>
      </w:r>
      <w:r>
        <w:t>Necesita apoyo para verificar sus resultados antes de entregar trabajos.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34  </w:t>
      </w:r>
      <w:r>
        <w:t>Muestra constancia al practicar operaciones básicas.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35  </w:t>
      </w:r>
      <w:r>
        <w:t>Relaciona conocimientos matemáticos con situaciones reales.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36  </w:t>
      </w:r>
      <w:r>
        <w:t>Se interesa por aprender so</w:t>
      </w:r>
      <w:r>
        <w:t>bre el cuerpo humano y su cuidado.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37  </w:t>
      </w:r>
      <w:r>
        <w:t>Presenta buena actitud ante actividades retadoras.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38  </w:t>
      </w:r>
      <w:r>
        <w:t>Necesita mejorar la interpretación de tablas y diagramas.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39  </w:t>
      </w:r>
      <w:r>
        <w:t>Está desarrollando estrategias de razonamiento lógico.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40  </w:t>
      </w:r>
      <w:r>
        <w:t>Participa con entusiasmo en todas las act</w:t>
      </w:r>
      <w:r>
        <w:t>ividades del campo.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41  </w:t>
      </w:r>
      <w:r>
        <w:t>Explica el valor de las cifras según su posición. Se recomienda representar un mismo número con agrupamientos, descomposiciones y material concreto.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42  </w:t>
      </w:r>
      <w:r>
        <w:t xml:space="preserve">Distingue qué datos necesita para resolver un problema. Conviene subrayar la </w:t>
      </w:r>
      <w:r>
        <w:t>pregunta y explicar para qué sirve cada dato antes de elegir una operación.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43  </w:t>
      </w:r>
      <w:r>
        <w:t>Reconoce la diferencia entre medir el contorno y la superficie. Se sugiere comparar recorridos por el borde y recubrimientos con unidades iguales.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44  </w:t>
      </w:r>
      <w:r>
        <w:t>Compara longitudes, capac</w:t>
      </w:r>
      <w:r>
        <w:t>idades o masas con unidades comunes. Se recomienda elegir una unidad adecuada y registrar su uso junto a cada resultado.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45  </w:t>
      </w:r>
      <w:r>
        <w:t xml:space="preserve">Describe figuras a partir de sus lados y vértices. Conviene construir ejemplos y contraejemplos para comprobar las características </w:t>
      </w:r>
      <w:r>
        <w:t>que utiliza al clasificarlas.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46  </w:t>
      </w:r>
      <w:r>
        <w:t>Formula preguntas sobre fenómenos de su entorno. Se sugiere elegir una que pueda explorarse mediante observaciones y registrar qué necesita averiguar.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47  </w:t>
      </w:r>
      <w:r>
        <w:t>Anticipa qué podría ocurrir en una exploración y explica su idea in</w:t>
      </w:r>
      <w:r>
        <w:t>icial. Conviene contrastar esa predicción con los resultados obtenidos.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48  </w:t>
      </w:r>
      <w:r>
        <w:t>Registra cambios observados en seres vivos a lo largo del tiempo. Se recomienda anotar fechas y acompañar los registros con dibujos o descripciones.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49  </w:t>
      </w:r>
      <w:r>
        <w:t>Necesita sustentar sus conc</w:t>
      </w:r>
      <w:r>
        <w:t>lusiones con lo observado. Se sugiere señalar qué datos apoyan su explicación y qué dudas permanecen al terminar la actividad.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6F579E"/>
          <w:sz w:val="22"/>
        </w:rPr>
        <w:t xml:space="preserve">50  </w:t>
      </w:r>
      <w:r>
        <w:t>Construye explicaciones sobre el movimiento de objetos. Se recomienda comparar recorridos en superficies diferentes y registr</w:t>
      </w:r>
      <w:r>
        <w:t>ar qué cambios observa.</w:t>
      </w:r>
    </w:p>
    <w:p w:rsidR="00EF093E" w:rsidRDefault="006E3CAF">
      <w:r>
        <w:br w:type="page"/>
      </w:r>
    </w:p>
    <w:p w:rsidR="00EF093E" w:rsidRDefault="006E3CAF">
      <w:pPr>
        <w:pStyle w:val="Ttulo1"/>
      </w:pPr>
      <w:r>
        <w:lastRenderedPageBreak/>
        <w:t>Ética, Naturaleza y Sociedades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01  </w:t>
      </w:r>
      <w:r>
        <w:t>Muestra respeto hacia sus compañeros y docentes.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02  </w:t>
      </w:r>
      <w:r>
        <w:t>Necesita reforzar la autorregulación en situaciones de convivencia.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03  </w:t>
      </w:r>
      <w:r>
        <w:t>Participa en actividades relacionadas con valores y normas sociales.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04  </w:t>
      </w:r>
      <w:r>
        <w:t>Aporta ideas para mejorar el ambiente de convivencia del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05  </w:t>
      </w:r>
      <w:r>
        <w:t>Requiere apoyo para expresar emociones de forma adecuada.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06  </w:t>
      </w:r>
      <w:r>
        <w:t>Demuestra interés por la historia y la cultura de su comunidad.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07  </w:t>
      </w:r>
      <w:r>
        <w:t>Necesita trabajar en la resolución pacífica de conflic</w:t>
      </w:r>
      <w:r>
        <w:t>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08  </w:t>
      </w:r>
      <w:r>
        <w:t>Ha mostrado empatía hacia sus compañeros en diversas situaciones.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09  </w:t>
      </w:r>
      <w:r>
        <w:t>Se interesa por temas de cuidado del medio ambiente.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10  </w:t>
      </w:r>
      <w:r>
        <w:t>Aún necesita mejorar el manejo de frustración.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11  </w:t>
      </w:r>
      <w:r>
        <w:t>Participa en actividades de reflexión sobre valores.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12  </w:t>
      </w:r>
      <w:r>
        <w:t>Demuestra re</w:t>
      </w:r>
      <w:r>
        <w:t>sponsabilidad en actividades colectivas.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13  </w:t>
      </w:r>
      <w:r>
        <w:t>Requiere apoyo para reconocer las consecuencias de sus acciones.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14  </w:t>
      </w:r>
      <w:r>
        <w:t>Muestra respeto por la diversidad cultural.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15  </w:t>
      </w:r>
      <w:r>
        <w:t>Participa activamente en debates sobre temas sociales.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16  </w:t>
      </w:r>
      <w:r>
        <w:t xml:space="preserve">Necesita fortalecer hábitos de </w:t>
      </w:r>
      <w:r>
        <w:t>orden y puntualidad.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17  </w:t>
      </w:r>
      <w:r>
        <w:t>Contribuye a mantener el orden en el aula.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18  </w:t>
      </w:r>
      <w:r>
        <w:t>Reflexiona sobre situaciones de injusticia con apoyo.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19  </w:t>
      </w:r>
      <w:r>
        <w:t>Muestra interés por comprender procesos históricos.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20  </w:t>
      </w:r>
      <w:r>
        <w:t>Requiere mejorar su participación en actividades grupales.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21  </w:t>
      </w:r>
      <w:r>
        <w:t>Ha desa</w:t>
      </w:r>
      <w:r>
        <w:t>rrollado mayor conciencia sobre el cuidado del planeta.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22  </w:t>
      </w:r>
      <w:r>
        <w:t>Reconoce la importancia de vivir en comunidad.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23  </w:t>
      </w:r>
      <w:r>
        <w:t>Muestra actitudes solidarias con sus compañeros.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24  </w:t>
      </w:r>
      <w:r>
        <w:t>Necesita mejorar la escucha activa.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25  </w:t>
      </w:r>
      <w:r>
        <w:t>Avanza en la comprensión de reglas y acuerdos del gr</w:t>
      </w:r>
      <w:r>
        <w:t>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26  </w:t>
      </w:r>
      <w:r>
        <w:t>Participa con entusiasmo en proyectos sociales.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27  </w:t>
      </w:r>
      <w:r>
        <w:t>Requiere apoyo para trabajar con autonomía.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28  </w:t>
      </w:r>
      <w:r>
        <w:t>Respeta opiniones distintas a las suyas.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29  </w:t>
      </w:r>
      <w:r>
        <w:t>Muestra sensibilidad hacia temas de equidad y justicia.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30  </w:t>
      </w:r>
      <w:r>
        <w:t xml:space="preserve">Ha avanzado en la comprensión del entorno </w:t>
      </w:r>
      <w:r>
        <w:t>social.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lastRenderedPageBreak/>
        <w:t xml:space="preserve">31  </w:t>
      </w:r>
      <w:r>
        <w:t>Necesita reforzar la toma de decisiones responsables.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32  </w:t>
      </w:r>
      <w:r>
        <w:t>Contribuye a resolver problemas del aula de manera cooperativa.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33  </w:t>
      </w:r>
      <w:r>
        <w:t>Muestra interés por conocer tradiciones y costumbres.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34  </w:t>
      </w:r>
      <w:r>
        <w:t>Requiere apoyo para trabajar de manera constante.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35  </w:t>
      </w:r>
      <w:r>
        <w:t>Demuestra compromiso en actividades de cuidado ambiental.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36  </w:t>
      </w:r>
      <w:r>
        <w:t>Reflexiona sobre su comportamiento cuando se le orienta.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37  </w:t>
      </w:r>
      <w:r>
        <w:t>Ha mejorado su convivencia con el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38  </w:t>
      </w:r>
      <w:r>
        <w:t>Demuestra actitud colaborativa en proyectos.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39  </w:t>
      </w:r>
      <w:r>
        <w:t>Requiere practicar la empatía en situac</w:t>
      </w:r>
      <w:r>
        <w:t>iones de conflicto.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40  </w:t>
      </w:r>
      <w:r>
        <w:t>Participa activamente en actividades de reflexión ética.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41  </w:t>
      </w:r>
      <w:r>
        <w:t>Reconoce derechos de niñas y niños en situaciones cercanas. Se recomienda analizar casos cotidianos e identificar qué acciones favorecen su cumplimiento.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42  </w:t>
      </w:r>
      <w:r>
        <w:t>Comienza a di</w:t>
      </w:r>
      <w:r>
        <w:t>stinguir un trato justo de un trato desigual. Conviene comparar situaciones y explicar qué cambios permitirían una participación más equitativa.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43  </w:t>
      </w:r>
      <w:r>
        <w:t xml:space="preserve">Identifica acuerdos que pueden construirse mediante el diálogo. Se sugiere proponer opciones, escuchar </w:t>
      </w:r>
      <w:r>
        <w:t>razones y participar en decisiones colectivas.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44  </w:t>
      </w:r>
      <w:r>
        <w:t>Reconoce estereotipos que limitan las actividades de las personas. Se recomienda analizar ejemplos y plantear alternativas que respeten la igualdad de oportunidades.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45  </w:t>
      </w:r>
      <w:r>
        <w:t xml:space="preserve">Ubica lugares significativos de su </w:t>
      </w:r>
      <w:r>
        <w:t>comunidad en croquis o mapas. Conviene utilizar referencias y símbolos para explicar recorridos y relaciones entre espacios.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46  </w:t>
      </w:r>
      <w:r>
        <w:t>Relaciona acontecimientos del pasado con cambios del presente. Se sugiere comparar fotografías o testimonios y describir qué pe</w:t>
      </w:r>
      <w:r>
        <w:t>rmanece y qué se ha transformado.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47  </w:t>
      </w:r>
      <w:r>
        <w:t>Consulta testimonios y objetos para conocer la historia local. Se recomienda indicar de dónde proviene cada información y qué permite conocer.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48  </w:t>
      </w:r>
      <w:r>
        <w:t xml:space="preserve">Identifica efectos del consumo cotidiano sobre la naturaleza. Conviene </w:t>
      </w:r>
      <w:r>
        <w:t>registrar usos de agua, papel u otros recursos y proponer una acción de cuidado.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49  </w:t>
      </w:r>
      <w:r>
        <w:t>Reconoce la importancia de proteger especies y espacios de su entorno. Se sugiere investigar un caso local y explicar qué acciones pueden contribuir a su conservación.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B86C43"/>
          <w:sz w:val="22"/>
        </w:rPr>
        <w:t xml:space="preserve">50 </w:t>
      </w:r>
      <w:r>
        <w:rPr>
          <w:b/>
          <w:color w:val="B86C43"/>
          <w:sz w:val="22"/>
        </w:rPr>
        <w:t xml:space="preserve"> </w:t>
      </w:r>
      <w:r>
        <w:t>Identifica lugares de riesgo en su comunidad. Se recomienda revisar rutas y acuerdos de prevención con acompañamiento adulto y explicar su utilidad.</w:t>
      </w:r>
    </w:p>
    <w:p w:rsidR="00EF093E" w:rsidRDefault="006E3CAF">
      <w:r>
        <w:br w:type="page"/>
      </w:r>
    </w:p>
    <w:p w:rsidR="00EF093E" w:rsidRDefault="006E3CAF">
      <w:pPr>
        <w:pStyle w:val="Ttulo1"/>
      </w:pPr>
      <w:r>
        <w:lastRenderedPageBreak/>
        <w:t>De lo Humano y lo Comunitario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01  </w:t>
      </w:r>
      <w:r>
        <w:t>Muestra interés por colaborar con sus compañeros en actividades grupal</w:t>
      </w:r>
      <w:r>
        <w:t>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02  </w:t>
      </w:r>
      <w:r>
        <w:t>Necesita reforzar su seguridad para expresar opiniones.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03  </w:t>
      </w:r>
      <w:r>
        <w:t>Demuestra empatía y disposición para ayudar a otros.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04  </w:t>
      </w:r>
      <w:r>
        <w:t>Requiere apoyo para resolver conflictos de manera autónoma.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05  </w:t>
      </w:r>
      <w:r>
        <w:t>Participa activamente en dinámicas de convivencia.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06  </w:t>
      </w:r>
      <w:r>
        <w:t>Muestra resp</w:t>
      </w:r>
      <w:r>
        <w:t>onsabilidad en las tareas asignadas al trabajar en equipo.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07  </w:t>
      </w:r>
      <w:r>
        <w:t>Ha mejorado en el reconocimiento de sus emociones.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08  </w:t>
      </w:r>
      <w:r>
        <w:t>Requiere trabajar en la tolerancia a la frustración.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09  </w:t>
      </w:r>
      <w:r>
        <w:t>Muestra iniciativa para participar en actividades comunitarias.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10  </w:t>
      </w:r>
      <w:r>
        <w:t xml:space="preserve">Necesita </w:t>
      </w:r>
      <w:r>
        <w:t>apoyo para escuchar con atención a sus compañeros.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11  </w:t>
      </w:r>
      <w:r>
        <w:t>Se esfuerza por mantener relaciones respetuosas con el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12  </w:t>
      </w:r>
      <w:r>
        <w:t>Participa en actividades que fortalecen la identidad y pertenencia.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13  </w:t>
      </w:r>
      <w:r>
        <w:t>Requiere mejorar la expresión de emociones sin recurrir a condu</w:t>
      </w:r>
      <w:r>
        <w:t>ctas impulsivas.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14  </w:t>
      </w:r>
      <w:r>
        <w:t>Colabora en la creación de acuerdos grupales.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15  </w:t>
      </w:r>
      <w:r>
        <w:t>Muestra disposición para trabajar en equipo.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16  </w:t>
      </w:r>
      <w:r>
        <w:t>Necesita apoyo en el control de impulsos en momentos de conflicto.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17  </w:t>
      </w:r>
      <w:r>
        <w:t>Ha desarrollado una mejor percepción de sí mismo.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18  </w:t>
      </w:r>
      <w:r>
        <w:t xml:space="preserve">Participa </w:t>
      </w:r>
      <w:r>
        <w:t>en proyectos colaborativos con entusiasmo.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19  </w:t>
      </w:r>
      <w:r>
        <w:t>Requiere fortalecer habilidades de comunicación asertiva.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20  </w:t>
      </w:r>
      <w:r>
        <w:t>Muestra interés por actividades que favorecen el bienestar colectivo.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21  </w:t>
      </w:r>
      <w:r>
        <w:t>Demuestra respeto hacia la diversidad del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22  </w:t>
      </w:r>
      <w:r>
        <w:t xml:space="preserve">Necesita mejorar la </w:t>
      </w:r>
      <w:r>
        <w:t>constancia en actividades comunitarias.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23  </w:t>
      </w:r>
      <w:r>
        <w:t>Avanza en la comprensión de la importancia de la cooperación.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24  </w:t>
      </w:r>
      <w:r>
        <w:t>Es capaz de reflexionar sobre sus acciones cuando se le guía.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25  </w:t>
      </w:r>
      <w:r>
        <w:t>Muestra sensibilidad hacia necesidades de otros.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26  </w:t>
      </w:r>
      <w:r>
        <w:t>Requiere apoyo para organiz</w:t>
      </w:r>
      <w:r>
        <w:t>ar sus materiales y responsabilidades.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27  </w:t>
      </w:r>
      <w:r>
        <w:t>Colabora activamente en actividades de integración.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28  </w:t>
      </w:r>
      <w:r>
        <w:t>Ha mejorado su capacidad para pedir ayuda cuando la necesita.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29  </w:t>
      </w:r>
      <w:r>
        <w:t>Se esfuerza por mantener un ambiente positivo en el aula.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30  </w:t>
      </w:r>
      <w:r>
        <w:t>Necesita practicar la toma de</w:t>
      </w:r>
      <w:r>
        <w:t xml:space="preserve"> decisiones responsables.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lastRenderedPageBreak/>
        <w:t xml:space="preserve">31  </w:t>
      </w:r>
      <w:r>
        <w:t>Demuestra disposición para resolver problemas en conjunto.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32  </w:t>
      </w:r>
      <w:r>
        <w:t>Muestra interés por comprender su papel dentro del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33  </w:t>
      </w:r>
      <w:r>
        <w:t>Requiere apoyo para trabajar de manera más autónoma.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34  </w:t>
      </w:r>
      <w:r>
        <w:t>Ha fortalecido sus habilidades sociales.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35 </w:t>
      </w:r>
      <w:r>
        <w:rPr>
          <w:b/>
          <w:color w:val="48866D"/>
          <w:sz w:val="22"/>
        </w:rPr>
        <w:t xml:space="preserve"> </w:t>
      </w:r>
      <w:r>
        <w:t>Participa en actividades que promueven la identidad personal.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36  </w:t>
      </w:r>
      <w:r>
        <w:t>Muestra respeto por los acuerdos de convivencia.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37  </w:t>
      </w:r>
      <w:r>
        <w:t>Necesita mejorar la actitud ante situaciones nuevas.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38  </w:t>
      </w:r>
      <w:r>
        <w:t>Aporta ideas que benefician al grupo.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39  </w:t>
      </w:r>
      <w:r>
        <w:t>Ha avanzado en la expresión de emocio</w:t>
      </w:r>
      <w:r>
        <w:t>nes de manera adecuada.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40  </w:t>
      </w:r>
      <w:r>
        <w:t>Demuestra compromiso con el bienestar de la comunidad escolar.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41  </w:t>
      </w:r>
      <w:r>
        <w:t xml:space="preserve">Reconoce las posibilidades de movimiento de su cuerpo. Se recomienda participar en circuitos ajustados a sus capacidades y describir qué acciones realiza con </w:t>
      </w:r>
      <w:r>
        <w:t>mayor confianza.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42  </w:t>
      </w:r>
      <w:r>
        <w:t>Mejora la coordinación al combinar movimientos. Conviene practicar secuencias breves con cambios de dirección y ritmo, ajustando la dificultad de manera gradual.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43  </w:t>
      </w:r>
      <w:r>
        <w:t>Utiliza estrategias al participar en juegos colectivos. Se sugiere an</w:t>
      </w:r>
      <w:r>
        <w:t>ticipar acciones con su equipo y comentar qué decisiones favorecieron la participación.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44  </w:t>
      </w:r>
      <w:r>
        <w:t>Reconoce señales de cansancio durante la actividad física. Se recomienda comunicar cómo se siente y acordar pausas de acuerdo con sus necesidades.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45  </w:t>
      </w:r>
      <w:r>
        <w:t xml:space="preserve">Identifica </w:t>
      </w:r>
      <w:r>
        <w:t>hábitos de higiene relacionados con el cuidado personal. Conviene explicar cuándo aplicarlos y organizar recordatorios para practicarlos en su rutina.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46  </w:t>
      </w:r>
      <w:r>
        <w:t>Comienza a relacionar alimentación, descanso y movimiento con su bienestar. Se sugiere revisar sus ru</w:t>
      </w:r>
      <w:r>
        <w:t>tinas y elegir un hábito que pueda fortalecer con apoyo familiar.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47  </w:t>
      </w:r>
      <w:r>
        <w:t>Reconoce personas de confianza a quienes puede acudir. Se recomienda identificar cómo pedir apoyo ante una situación que le cause incomodidad o preocupación.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48  </w:t>
      </w:r>
      <w:r>
        <w:t>Expresa límites sobre su</w:t>
      </w:r>
      <w:r>
        <w:t xml:space="preserve"> espacio personal y reconoce los de otros. Conviene practicar formas respetuosas de comunicar aceptación o desacuerdo en situaciones cotidianas.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49  </w:t>
      </w:r>
      <w:r>
        <w:t>Identifica actividades que disfruta y habilidades que desea desarrollar. Se sugiere elegir una meta alcanza</w:t>
      </w:r>
      <w:r>
        <w:t>ble y registrar los avances que percibe.</w:t>
      </w:r>
    </w:p>
    <w:p w:rsidR="00EF093E" w:rsidRDefault="006E3CAF">
      <w:pPr>
        <w:keepLines/>
        <w:spacing w:after="120" w:line="269" w:lineRule="auto"/>
        <w:ind w:left="475" w:hanging="475"/>
      </w:pPr>
      <w:r>
        <w:rPr>
          <w:b/>
          <w:color w:val="48866D"/>
          <w:sz w:val="22"/>
        </w:rPr>
        <w:t xml:space="preserve">50  </w:t>
      </w:r>
      <w:r>
        <w:t>Reconoce saberes y habilidades de integrantes de su comunidad. Se recomienda conversar con ellos y explicar cómo sus aportaciones favorecen la vida cotidiana.</w:t>
      </w:r>
    </w:p>
    <w:p w:rsidR="00EF093E" w:rsidRDefault="006E3CAF">
      <w:r>
        <w:br w:type="page"/>
      </w:r>
    </w:p>
    <w:p w:rsidR="00EF093E" w:rsidRDefault="006E3CAF">
      <w:pPr>
        <w:pStyle w:val="Ttulo1"/>
        <w:spacing w:before="600" w:after="320" w:line="276" w:lineRule="auto"/>
        <w:jc w:val="center"/>
      </w:pPr>
      <w:r>
        <w:rPr>
          <w:rFonts w:ascii="Calibri" w:hAnsi="Calibri"/>
          <w:sz w:val="48"/>
        </w:rPr>
        <w:lastRenderedPageBreak/>
        <w:t>Más recursos para tus clases</w:t>
      </w:r>
    </w:p>
    <w:p w:rsidR="00EF093E" w:rsidRDefault="006E3CAF">
      <w:pPr>
        <w:spacing w:after="360" w:line="276" w:lineRule="auto"/>
        <w:jc w:val="center"/>
      </w:pPr>
      <w:r>
        <w:rPr>
          <w:noProof/>
        </w:rPr>
        <w:drawing>
          <wp:inline distT="0" distB="0" distL="0" distR="0">
            <wp:extent cx="5303520" cy="353568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ec-ebada3f8-6f90-4722-8c69-fa6436a7f17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93E" w:rsidRDefault="006E3CAF">
      <w:pPr>
        <w:spacing w:after="400" w:line="276" w:lineRule="auto"/>
        <w:ind w:left="504" w:right="504"/>
        <w:jc w:val="center"/>
      </w:pPr>
      <w:r>
        <w:rPr>
          <w:sz w:val="34"/>
        </w:rPr>
        <w:t>Encuentra más mater</w:t>
      </w:r>
      <w:r>
        <w:rPr>
          <w:sz w:val="34"/>
        </w:rPr>
        <w:t>iales para tus clases, recursos para el CTE y herramientas que facilitan tu trabajo en la membresía de Docentes al Día.</w:t>
      </w:r>
    </w:p>
    <w:p w:rsidR="00EF093E" w:rsidRDefault="006E3CAF">
      <w:pPr>
        <w:spacing w:after="0" w:line="276" w:lineRule="auto"/>
        <w:jc w:val="center"/>
      </w:pPr>
      <w:hyperlink r:id="rId10">
        <w:r>
          <w:rPr>
            <w:b/>
            <w:color w:val="146F78"/>
            <w:sz w:val="32"/>
            <w:u w:val="single"/>
          </w:rPr>
          <w:t>Conoce la membresía y suscríbete</w:t>
        </w:r>
      </w:hyperlink>
    </w:p>
    <w:sectPr w:rsidR="00EF093E" w:rsidSect="00034616">
      <w:headerReference w:type="default" r:id="rId11"/>
      <w:footerReference w:type="default" r:id="rId12"/>
      <w:pgSz w:w="12240" w:h="15840"/>
      <w:pgMar w:top="922" w:right="1094" w:bottom="893" w:left="1094" w:header="389" w:footer="38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CAF" w:rsidRDefault="006E3CAF">
      <w:pPr>
        <w:spacing w:after="0" w:line="240" w:lineRule="auto"/>
      </w:pPr>
      <w:r>
        <w:separator/>
      </w:r>
    </w:p>
  </w:endnote>
  <w:endnote w:type="continuationSeparator" w:id="0">
    <w:p w:rsidR="006E3CAF" w:rsidRDefault="006E3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93E" w:rsidRDefault="006E3CAF">
    <w:pPr>
      <w:pStyle w:val="Piedepgina"/>
    </w:pPr>
    <w:r>
      <w:rPr>
        <w:sz w:val="16"/>
      </w:rPr>
      <w:t>Docentes al Día</w:t>
    </w:r>
    <w:r>
      <w:t xml:space="preserve">      •      </w:t>
    </w:r>
    <w:r>
      <w:rPr>
        <w:sz w:val="16"/>
      </w:rPr>
      <w:t xml:space="preserve">Página </w:t>
    </w:r>
    <w:r>
      <w:fldChar w:fldCharType="begin"/>
    </w:r>
    <w:r>
      <w:instrText xml:space="preserve"> PAGE </w:instrText>
    </w:r>
    <w:r w:rsidR="00793E30">
      <w:fldChar w:fldCharType="separate"/>
    </w:r>
    <w:r w:rsidR="00793E3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CAF" w:rsidRDefault="006E3CAF">
      <w:pPr>
        <w:spacing w:after="0" w:line="240" w:lineRule="auto"/>
      </w:pPr>
      <w:r>
        <w:separator/>
      </w:r>
    </w:p>
  </w:footnote>
  <w:footnote w:type="continuationSeparator" w:id="0">
    <w:p w:rsidR="006E3CAF" w:rsidRDefault="006E3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93E" w:rsidRDefault="006E3CAF">
    <w:pPr>
      <w:pStyle w:val="Encabezado"/>
      <w:jc w:val="right"/>
    </w:pPr>
    <w:r>
      <w:rPr>
        <w:noProof/>
      </w:rPr>
      <w:drawing>
        <wp:inline distT="0" distB="0" distL="0" distR="0">
          <wp:extent cx="199136" cy="128016"/>
          <wp:effectExtent l="0" t="0" r="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mblem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9136" cy="1280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sz w:val="16"/>
      </w:rPr>
      <w:t>DOCENTES AL DÍA  |  REPORTES DE EVALUACIÓN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E3CAF"/>
    <w:rsid w:val="00793E30"/>
    <w:rsid w:val="00AA1D8D"/>
    <w:rsid w:val="00B47730"/>
    <w:rsid w:val="00CB0664"/>
    <w:rsid w:val="00EF093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0517CC"/>
  <w14:defaultImageDpi w14:val="300"/>
  <w15:docId w15:val="{D3AB6EE2-25F1-4398-8F56-42EEE144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pPr>
      <w:spacing w:after="140" w:line="264" w:lineRule="auto"/>
    </w:pPr>
    <w:rPr>
      <w:rFonts w:ascii="Calibri" w:hAnsi="Calibri"/>
      <w:color w:val="000000"/>
      <w:sz w:val="23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bCs/>
      <w:sz w:val="4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spacing w:line="247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6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centesaldia.com/precios-membresia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FCB0A1-04A4-4758-A868-516AFDE2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2743</Words>
  <Characters>15088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Observaciones y recomendaciones para reportes de evaluación</dc:title>
  <dc:subject>Observaciones y sugerencias por campo formativo</dc:subject>
  <dc:creator>Docentes al Día</dc:creator>
  <cp:keywords/>
  <dc:description>generated by python-docx</dc:description>
  <cp:lastModifiedBy>JORGE ALBERTO GUERRERO HERNANDEZ</cp:lastModifiedBy>
  <cp:revision>3</cp:revision>
  <dcterms:created xsi:type="dcterms:W3CDTF">2013-12-23T23:15:00Z</dcterms:created>
  <dcterms:modified xsi:type="dcterms:W3CDTF">2026-11-07T21:36:00Z</dcterms:modified>
  <cp:category/>
</cp:coreProperties>
</file>